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1557B" w14:textId="1C648E65" w:rsidR="003F4ADF" w:rsidRPr="0099337E" w:rsidRDefault="003C277C">
      <w:pPr>
        <w:jc w:val="center"/>
        <w:rPr>
          <w:lang w:val="fr-FR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58A0A53A" wp14:editId="559DA794">
            <wp:simplePos x="0" y="0"/>
            <wp:positionH relativeFrom="column">
              <wp:posOffset>5250620</wp:posOffset>
            </wp:positionH>
            <wp:positionV relativeFrom="paragraph">
              <wp:posOffset>-97058</wp:posOffset>
            </wp:positionV>
            <wp:extent cx="1329055" cy="762000"/>
            <wp:effectExtent l="0" t="0" r="4445" b="0"/>
            <wp:wrapSquare wrapText="bothSides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800" behindDoc="0" locked="0" layoutInCell="1" allowOverlap="1" wp14:anchorId="40BA7764" wp14:editId="2E0147C5">
            <wp:simplePos x="0" y="0"/>
            <wp:positionH relativeFrom="column">
              <wp:posOffset>-268410</wp:posOffset>
            </wp:positionH>
            <wp:positionV relativeFrom="paragraph">
              <wp:posOffset>-322287</wp:posOffset>
            </wp:positionV>
            <wp:extent cx="1753190" cy="1305267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53190" cy="13052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0937" w:rsidRPr="0099337E">
        <w:rPr>
          <w:b/>
          <w:lang w:val="fr-FR"/>
        </w:rPr>
        <w:t>LETTRE DE FÉLICITATIONS</w:t>
      </w:r>
    </w:p>
    <w:p w14:paraId="244923AE" w14:textId="4515C84E" w:rsidR="003F4ADF" w:rsidRPr="0099337E" w:rsidRDefault="003C277C">
      <w:pPr>
        <w:jc w:val="center"/>
        <w:rPr>
          <w:lang w:val="fr-FR"/>
        </w:rPr>
      </w:pPr>
      <w:r>
        <w:rPr>
          <w:b/>
          <w:noProof/>
          <w:lang w:val="fr-FR"/>
        </w:rPr>
        <w:drawing>
          <wp:anchor distT="0" distB="0" distL="114300" distR="114300" simplePos="0" relativeHeight="251658752" behindDoc="0" locked="0" layoutInCell="1" allowOverlap="1" wp14:anchorId="4D4FC36B" wp14:editId="28288AE7">
            <wp:simplePos x="0" y="0"/>
            <wp:positionH relativeFrom="column">
              <wp:posOffset>3857283</wp:posOffset>
            </wp:positionH>
            <wp:positionV relativeFrom="paragraph">
              <wp:posOffset>222739</wp:posOffset>
            </wp:positionV>
            <wp:extent cx="1396365" cy="798830"/>
            <wp:effectExtent l="0" t="0" r="0" b="127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365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00937" w:rsidRPr="0099337E">
        <w:rPr>
          <w:b/>
          <w:lang w:val="fr-FR"/>
        </w:rPr>
        <w:t>DE LA MÉDAILLE DE LA JEUNESSE, DES SPORTS</w:t>
      </w:r>
    </w:p>
    <w:p w14:paraId="24EA9571" w14:textId="09600E6B" w:rsidR="003F4ADF" w:rsidRPr="0099337E" w:rsidRDefault="00600937">
      <w:pPr>
        <w:jc w:val="center"/>
        <w:rPr>
          <w:lang w:val="fr-FR"/>
        </w:rPr>
      </w:pPr>
      <w:r w:rsidRPr="0099337E">
        <w:rPr>
          <w:b/>
          <w:lang w:val="fr-FR"/>
        </w:rPr>
        <w:t>ET DE L’ENGAGEMENT ASSOCIATIF</w:t>
      </w:r>
    </w:p>
    <w:p w14:paraId="352A7174" w14:textId="5FB25904" w:rsidR="0099337E" w:rsidRPr="0099337E" w:rsidRDefault="0099337E" w:rsidP="0099337E">
      <w:pPr>
        <w:jc w:val="center"/>
        <w:rPr>
          <w:lang w:val="fr-FR"/>
        </w:rPr>
      </w:pPr>
      <w:r w:rsidRPr="0099337E">
        <w:rPr>
          <w:lang w:val="fr-FR"/>
        </w:rPr>
        <w:t>Promotion :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513"/>
        <w:gridCol w:w="3513"/>
      </w:tblGrid>
      <w:tr w:rsidR="0099337E" w:rsidRPr="0099337E" w14:paraId="6004086F" w14:textId="77777777" w:rsidTr="00F126C9">
        <w:trPr>
          <w:jc w:val="center"/>
        </w:trPr>
        <w:tc>
          <w:tcPr>
            <w:tcW w:w="3513" w:type="dxa"/>
            <w:shd w:val="clear" w:color="auto" w:fill="D9EAF7"/>
            <w:vAlign w:val="center"/>
          </w:tcPr>
          <w:p w14:paraId="384F3367" w14:textId="77777777" w:rsidR="0099337E" w:rsidRPr="0099337E" w:rsidRDefault="0099337E" w:rsidP="0099337E">
            <w:pPr>
              <w:spacing w:after="200" w:line="276" w:lineRule="auto"/>
            </w:pPr>
            <w:r w:rsidRPr="0099337E">
              <w:rPr>
                <w:rFonts w:ascii="Segoe UI Symbol" w:hAnsi="Segoe UI Symbol" w:cs="Segoe UI Symbol"/>
                <w:b/>
              </w:rPr>
              <w:t>☐</w:t>
            </w:r>
            <w:r w:rsidRPr="0099337E">
              <w:rPr>
                <w:b/>
              </w:rPr>
              <w:t xml:space="preserve"> </w:t>
            </w:r>
            <w:r w:rsidRPr="0099337E">
              <w:rPr>
                <w:b/>
                <w:bCs/>
                <w:lang w:val="fr-FR"/>
              </w:rPr>
              <w:t>1er janvier 20____</w:t>
            </w:r>
            <w:r w:rsidRPr="0099337E">
              <w:rPr>
                <w:lang w:val="fr-FR"/>
              </w:rPr>
              <w:t xml:space="preserve">    </w:t>
            </w:r>
          </w:p>
        </w:tc>
        <w:tc>
          <w:tcPr>
            <w:tcW w:w="3513" w:type="dxa"/>
            <w:shd w:val="clear" w:color="auto" w:fill="D9EAF7"/>
            <w:vAlign w:val="center"/>
          </w:tcPr>
          <w:p w14:paraId="5173BC1A" w14:textId="77777777" w:rsidR="0099337E" w:rsidRPr="0099337E" w:rsidRDefault="0099337E" w:rsidP="0099337E">
            <w:pPr>
              <w:spacing w:after="200" w:line="276" w:lineRule="auto"/>
            </w:pPr>
            <w:r w:rsidRPr="0099337E">
              <w:rPr>
                <w:rFonts w:ascii="Segoe UI Symbol" w:hAnsi="Segoe UI Symbol" w:cs="Segoe UI Symbol"/>
                <w:b/>
              </w:rPr>
              <w:t>☐</w:t>
            </w:r>
            <w:r w:rsidRPr="0099337E">
              <w:rPr>
                <w:b/>
              </w:rPr>
              <w:t xml:space="preserve"> </w:t>
            </w:r>
            <w:r w:rsidRPr="0099337E">
              <w:rPr>
                <w:b/>
                <w:bCs/>
                <w:lang w:val="fr-FR"/>
              </w:rPr>
              <w:t>14 juillet 20____</w:t>
            </w:r>
          </w:p>
        </w:tc>
      </w:tr>
    </w:tbl>
    <w:p w14:paraId="2AECF651" w14:textId="77777777" w:rsidR="0099337E" w:rsidRDefault="0099337E"/>
    <w:p w14:paraId="343D4B67" w14:textId="193BEC82" w:rsidR="003F4ADF" w:rsidRPr="0099337E" w:rsidRDefault="00600937">
      <w:pPr>
        <w:rPr>
          <w:lang w:val="fr-FR"/>
        </w:rPr>
      </w:pPr>
      <w:r w:rsidRPr="0099337E">
        <w:rPr>
          <w:b/>
          <w:lang w:val="fr-FR"/>
        </w:rPr>
        <w:t xml:space="preserve">I – </w:t>
      </w:r>
      <w:r w:rsidRPr="0099337E">
        <w:rPr>
          <w:b/>
          <w:u w:val="single"/>
          <w:lang w:val="fr-FR"/>
        </w:rPr>
        <w:t>RENSEIGNEMENTS CONCERNANT LA PERSONNE PROPOSÉE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3F4ADF" w14:paraId="03006A4A" w14:textId="77777777">
        <w:trPr>
          <w:jc w:val="center"/>
        </w:trPr>
        <w:tc>
          <w:tcPr>
            <w:tcW w:w="5100" w:type="dxa"/>
            <w:shd w:val="clear" w:color="auto" w:fill="D9EAF7"/>
            <w:vAlign w:val="center"/>
          </w:tcPr>
          <w:p w14:paraId="2E828051" w14:textId="04EB328E" w:rsidR="003F4ADF" w:rsidRDefault="00600937">
            <w:proofErr w:type="spellStart"/>
            <w:r>
              <w:rPr>
                <w:b/>
              </w:rPr>
              <w:t>Civilité</w:t>
            </w:r>
            <w:proofErr w:type="spellEnd"/>
            <w:r>
              <w:rPr>
                <w:b/>
              </w:rPr>
              <w:t xml:space="preserve">  </w:t>
            </w:r>
          </w:p>
        </w:tc>
        <w:tc>
          <w:tcPr>
            <w:tcW w:w="5100" w:type="dxa"/>
            <w:vAlign w:val="center"/>
          </w:tcPr>
          <w:p w14:paraId="5F816B5B" w14:textId="77777777" w:rsidR="003F4ADF" w:rsidRDefault="003F4ADF"/>
        </w:tc>
      </w:tr>
      <w:tr w:rsidR="003F4ADF" w14:paraId="2CC8F507" w14:textId="77777777">
        <w:trPr>
          <w:jc w:val="center"/>
        </w:trPr>
        <w:tc>
          <w:tcPr>
            <w:tcW w:w="5100" w:type="dxa"/>
            <w:vAlign w:val="center"/>
          </w:tcPr>
          <w:p w14:paraId="41FA3F65" w14:textId="4DFF2B48" w:rsidR="003F4ADF" w:rsidRDefault="00600937">
            <w:r>
              <w:rPr>
                <w:b/>
              </w:rPr>
              <w:t xml:space="preserve">NOM  </w:t>
            </w:r>
          </w:p>
        </w:tc>
        <w:tc>
          <w:tcPr>
            <w:tcW w:w="5100" w:type="dxa"/>
            <w:vAlign w:val="center"/>
          </w:tcPr>
          <w:p w14:paraId="385EED78" w14:textId="77777777" w:rsidR="003F4ADF" w:rsidRDefault="003F4ADF"/>
        </w:tc>
      </w:tr>
      <w:tr w:rsidR="003F4ADF" w14:paraId="0C192D9D" w14:textId="77777777">
        <w:trPr>
          <w:jc w:val="center"/>
        </w:trPr>
        <w:tc>
          <w:tcPr>
            <w:tcW w:w="5100" w:type="dxa"/>
            <w:vAlign w:val="center"/>
          </w:tcPr>
          <w:p w14:paraId="346CDE9E" w14:textId="512C3DC0" w:rsidR="003F4ADF" w:rsidRDefault="00600937">
            <w:r>
              <w:rPr>
                <w:b/>
              </w:rPr>
              <w:t xml:space="preserve">Nom de </w:t>
            </w:r>
            <w:r w:rsidR="0099337E">
              <w:rPr>
                <w:b/>
              </w:rPr>
              <w:t>naissance</w:t>
            </w:r>
            <w:r>
              <w:rPr>
                <w:b/>
              </w:rPr>
              <w:t xml:space="preserve">  </w:t>
            </w:r>
          </w:p>
        </w:tc>
        <w:tc>
          <w:tcPr>
            <w:tcW w:w="5100" w:type="dxa"/>
            <w:vAlign w:val="center"/>
          </w:tcPr>
          <w:p w14:paraId="4FA51B67" w14:textId="77777777" w:rsidR="003F4ADF" w:rsidRDefault="003F4ADF"/>
        </w:tc>
      </w:tr>
      <w:tr w:rsidR="003F4ADF" w14:paraId="6FF98EAD" w14:textId="77777777">
        <w:trPr>
          <w:jc w:val="center"/>
        </w:trPr>
        <w:tc>
          <w:tcPr>
            <w:tcW w:w="5100" w:type="dxa"/>
            <w:vAlign w:val="center"/>
          </w:tcPr>
          <w:p w14:paraId="3CF7A8CB" w14:textId="2949CB5D" w:rsidR="003F4ADF" w:rsidRDefault="00600937">
            <w:r>
              <w:rPr>
                <w:b/>
              </w:rPr>
              <w:t xml:space="preserve">Prénom(s)  </w:t>
            </w:r>
          </w:p>
        </w:tc>
        <w:tc>
          <w:tcPr>
            <w:tcW w:w="5100" w:type="dxa"/>
            <w:vAlign w:val="center"/>
          </w:tcPr>
          <w:p w14:paraId="0413358A" w14:textId="77777777" w:rsidR="003F4ADF" w:rsidRDefault="003F4ADF"/>
        </w:tc>
      </w:tr>
      <w:tr w:rsidR="003F4ADF" w:rsidRPr="003C277C" w14:paraId="765FF2B5" w14:textId="77777777">
        <w:trPr>
          <w:jc w:val="center"/>
        </w:trPr>
        <w:tc>
          <w:tcPr>
            <w:tcW w:w="5100" w:type="dxa"/>
            <w:vAlign w:val="center"/>
          </w:tcPr>
          <w:p w14:paraId="53E36EBE" w14:textId="7003992B" w:rsidR="003F4ADF" w:rsidRPr="0099337E" w:rsidRDefault="00600937">
            <w:pPr>
              <w:rPr>
                <w:lang w:val="fr-FR"/>
              </w:rPr>
            </w:pPr>
            <w:r w:rsidRPr="0099337E">
              <w:rPr>
                <w:b/>
                <w:lang w:val="fr-FR"/>
              </w:rPr>
              <w:t xml:space="preserve">Date de </w:t>
            </w:r>
            <w:proofErr w:type="gramStart"/>
            <w:r w:rsidRPr="0099337E">
              <w:rPr>
                <w:b/>
                <w:lang w:val="fr-FR"/>
              </w:rPr>
              <w:t xml:space="preserve">naissance  </w:t>
            </w:r>
            <w:r w:rsidR="0099337E" w:rsidRPr="0099337E">
              <w:rPr>
                <w:b/>
                <w:lang w:val="fr-FR"/>
              </w:rPr>
              <w:t>jj</w:t>
            </w:r>
            <w:proofErr w:type="gramEnd"/>
            <w:r w:rsidR="0099337E" w:rsidRPr="0099337E">
              <w:rPr>
                <w:b/>
                <w:lang w:val="fr-FR"/>
              </w:rPr>
              <w:t>/m</w:t>
            </w:r>
            <w:r w:rsidR="0099337E">
              <w:rPr>
                <w:b/>
                <w:lang w:val="fr-FR"/>
              </w:rPr>
              <w:t>m/</w:t>
            </w:r>
            <w:proofErr w:type="spellStart"/>
            <w:r w:rsidR="0099337E">
              <w:rPr>
                <w:b/>
                <w:lang w:val="fr-FR"/>
              </w:rPr>
              <w:t>aaaa</w:t>
            </w:r>
            <w:proofErr w:type="spellEnd"/>
          </w:p>
        </w:tc>
        <w:tc>
          <w:tcPr>
            <w:tcW w:w="5100" w:type="dxa"/>
            <w:vAlign w:val="center"/>
          </w:tcPr>
          <w:p w14:paraId="571C5E71" w14:textId="77777777" w:rsidR="003F4ADF" w:rsidRPr="0099337E" w:rsidRDefault="003F4ADF">
            <w:pPr>
              <w:rPr>
                <w:lang w:val="fr-FR"/>
              </w:rPr>
            </w:pPr>
          </w:p>
        </w:tc>
      </w:tr>
      <w:tr w:rsidR="003F4ADF" w14:paraId="56D1E044" w14:textId="77777777">
        <w:trPr>
          <w:jc w:val="center"/>
        </w:trPr>
        <w:tc>
          <w:tcPr>
            <w:tcW w:w="5100" w:type="dxa"/>
            <w:vAlign w:val="center"/>
          </w:tcPr>
          <w:p w14:paraId="59EF0BE7" w14:textId="45B0D463" w:rsidR="003F4ADF" w:rsidRDefault="00600937">
            <w:r>
              <w:rPr>
                <w:b/>
              </w:rPr>
              <w:t xml:space="preserve">Lieu de naissance  </w:t>
            </w:r>
          </w:p>
        </w:tc>
        <w:tc>
          <w:tcPr>
            <w:tcW w:w="5100" w:type="dxa"/>
            <w:vAlign w:val="center"/>
          </w:tcPr>
          <w:p w14:paraId="42A88A63" w14:textId="77777777" w:rsidR="003F4ADF" w:rsidRDefault="003F4ADF"/>
        </w:tc>
      </w:tr>
      <w:tr w:rsidR="003F4ADF" w14:paraId="0581BBC3" w14:textId="77777777">
        <w:trPr>
          <w:jc w:val="center"/>
        </w:trPr>
        <w:tc>
          <w:tcPr>
            <w:tcW w:w="5100" w:type="dxa"/>
            <w:vAlign w:val="center"/>
          </w:tcPr>
          <w:p w14:paraId="4C95648C" w14:textId="2BD0B60E" w:rsidR="003F4ADF" w:rsidRDefault="00600937">
            <w:r>
              <w:rPr>
                <w:b/>
              </w:rPr>
              <w:t xml:space="preserve">Numéro de département (naissance)  </w:t>
            </w:r>
          </w:p>
        </w:tc>
        <w:tc>
          <w:tcPr>
            <w:tcW w:w="5100" w:type="dxa"/>
            <w:vAlign w:val="center"/>
          </w:tcPr>
          <w:p w14:paraId="1A3F3284" w14:textId="77777777" w:rsidR="003F4ADF" w:rsidRDefault="003F4ADF"/>
        </w:tc>
      </w:tr>
      <w:tr w:rsidR="003F4ADF" w14:paraId="1372C32D" w14:textId="77777777">
        <w:trPr>
          <w:jc w:val="center"/>
        </w:trPr>
        <w:tc>
          <w:tcPr>
            <w:tcW w:w="5100" w:type="dxa"/>
            <w:vAlign w:val="center"/>
          </w:tcPr>
          <w:p w14:paraId="5D0CD818" w14:textId="00E4F3A2" w:rsidR="003F4ADF" w:rsidRDefault="00600937">
            <w:r>
              <w:rPr>
                <w:b/>
              </w:rPr>
              <w:t xml:space="preserve">Nationalité  </w:t>
            </w:r>
          </w:p>
        </w:tc>
        <w:tc>
          <w:tcPr>
            <w:tcW w:w="5100" w:type="dxa"/>
            <w:vAlign w:val="center"/>
          </w:tcPr>
          <w:p w14:paraId="50CAE9A8" w14:textId="77777777" w:rsidR="003F4ADF" w:rsidRDefault="003F4ADF"/>
        </w:tc>
      </w:tr>
      <w:tr w:rsidR="003F4ADF" w14:paraId="6C333E03" w14:textId="77777777">
        <w:trPr>
          <w:jc w:val="center"/>
        </w:trPr>
        <w:tc>
          <w:tcPr>
            <w:tcW w:w="5100" w:type="dxa"/>
            <w:vAlign w:val="center"/>
          </w:tcPr>
          <w:p w14:paraId="34B65377" w14:textId="6A633855" w:rsidR="003F4ADF" w:rsidRDefault="00600937">
            <w:r>
              <w:rPr>
                <w:b/>
              </w:rPr>
              <w:t xml:space="preserve">Profession  </w:t>
            </w:r>
          </w:p>
        </w:tc>
        <w:tc>
          <w:tcPr>
            <w:tcW w:w="5100" w:type="dxa"/>
            <w:vAlign w:val="center"/>
          </w:tcPr>
          <w:p w14:paraId="51ACC5F6" w14:textId="77777777" w:rsidR="003F4ADF" w:rsidRDefault="003F4ADF"/>
        </w:tc>
      </w:tr>
      <w:tr w:rsidR="003F4ADF" w14:paraId="42C130CD" w14:textId="77777777">
        <w:trPr>
          <w:jc w:val="center"/>
        </w:trPr>
        <w:tc>
          <w:tcPr>
            <w:tcW w:w="5100" w:type="dxa"/>
            <w:vAlign w:val="center"/>
          </w:tcPr>
          <w:p w14:paraId="04DEFC85" w14:textId="7B7514B4" w:rsidR="003F4ADF" w:rsidRDefault="00600937">
            <w:r>
              <w:rPr>
                <w:b/>
              </w:rPr>
              <w:t xml:space="preserve">Adresse complète  </w:t>
            </w:r>
          </w:p>
        </w:tc>
        <w:tc>
          <w:tcPr>
            <w:tcW w:w="5100" w:type="dxa"/>
            <w:vAlign w:val="center"/>
          </w:tcPr>
          <w:p w14:paraId="798A1E81" w14:textId="77777777" w:rsidR="003F4ADF" w:rsidRDefault="003F4ADF"/>
        </w:tc>
      </w:tr>
      <w:tr w:rsidR="003F4ADF" w14:paraId="2DD192F0" w14:textId="77777777">
        <w:trPr>
          <w:jc w:val="center"/>
        </w:trPr>
        <w:tc>
          <w:tcPr>
            <w:tcW w:w="5100" w:type="dxa"/>
            <w:vAlign w:val="center"/>
          </w:tcPr>
          <w:p w14:paraId="0879FEB8" w14:textId="55A84469" w:rsidR="003F4ADF" w:rsidRDefault="00600937">
            <w:r>
              <w:rPr>
                <w:b/>
              </w:rPr>
              <w:t xml:space="preserve">Code postal  </w:t>
            </w:r>
          </w:p>
        </w:tc>
        <w:tc>
          <w:tcPr>
            <w:tcW w:w="5100" w:type="dxa"/>
            <w:vAlign w:val="center"/>
          </w:tcPr>
          <w:p w14:paraId="4B2D8EF1" w14:textId="77777777" w:rsidR="003F4ADF" w:rsidRDefault="003F4ADF"/>
        </w:tc>
      </w:tr>
      <w:tr w:rsidR="003F4ADF" w14:paraId="1F364D8F" w14:textId="77777777">
        <w:trPr>
          <w:jc w:val="center"/>
        </w:trPr>
        <w:tc>
          <w:tcPr>
            <w:tcW w:w="5100" w:type="dxa"/>
            <w:vAlign w:val="center"/>
          </w:tcPr>
          <w:p w14:paraId="5BFEBD6E" w14:textId="33555646" w:rsidR="003F4ADF" w:rsidRDefault="00600937">
            <w:r>
              <w:rPr>
                <w:b/>
              </w:rPr>
              <w:t xml:space="preserve">Commune  </w:t>
            </w:r>
          </w:p>
        </w:tc>
        <w:tc>
          <w:tcPr>
            <w:tcW w:w="5100" w:type="dxa"/>
            <w:vAlign w:val="center"/>
          </w:tcPr>
          <w:p w14:paraId="56B6004C" w14:textId="77777777" w:rsidR="003F4ADF" w:rsidRDefault="003F4ADF"/>
        </w:tc>
      </w:tr>
      <w:tr w:rsidR="003F4ADF" w14:paraId="211EA272" w14:textId="77777777">
        <w:trPr>
          <w:jc w:val="center"/>
        </w:trPr>
        <w:tc>
          <w:tcPr>
            <w:tcW w:w="5100" w:type="dxa"/>
            <w:vAlign w:val="center"/>
          </w:tcPr>
          <w:p w14:paraId="014A3AA6" w14:textId="6BDB8502" w:rsidR="003F4ADF" w:rsidRDefault="00600937">
            <w:r>
              <w:rPr>
                <w:b/>
              </w:rPr>
              <w:t xml:space="preserve">Téléphone  </w:t>
            </w:r>
          </w:p>
        </w:tc>
        <w:tc>
          <w:tcPr>
            <w:tcW w:w="5100" w:type="dxa"/>
            <w:vAlign w:val="center"/>
          </w:tcPr>
          <w:p w14:paraId="17B8A1AA" w14:textId="77777777" w:rsidR="003F4ADF" w:rsidRDefault="003F4ADF"/>
        </w:tc>
      </w:tr>
      <w:tr w:rsidR="003F4ADF" w14:paraId="587157E6" w14:textId="77777777">
        <w:trPr>
          <w:jc w:val="center"/>
        </w:trPr>
        <w:tc>
          <w:tcPr>
            <w:tcW w:w="5100" w:type="dxa"/>
            <w:vAlign w:val="center"/>
          </w:tcPr>
          <w:p w14:paraId="2F4AAA6C" w14:textId="5F8A85CD" w:rsidR="003F4ADF" w:rsidRDefault="00600937">
            <w:r>
              <w:rPr>
                <w:b/>
              </w:rPr>
              <w:t xml:space="preserve">Courriel obligatoire pour invitation  </w:t>
            </w:r>
          </w:p>
        </w:tc>
        <w:tc>
          <w:tcPr>
            <w:tcW w:w="5100" w:type="dxa"/>
            <w:vAlign w:val="center"/>
          </w:tcPr>
          <w:p w14:paraId="5E78B980" w14:textId="77777777" w:rsidR="003F4ADF" w:rsidRDefault="003F4ADF"/>
        </w:tc>
      </w:tr>
      <w:tr w:rsidR="003F4ADF" w14:paraId="450E413C" w14:textId="77777777">
        <w:trPr>
          <w:jc w:val="center"/>
        </w:trPr>
        <w:tc>
          <w:tcPr>
            <w:tcW w:w="5100" w:type="dxa"/>
            <w:shd w:val="clear" w:color="auto" w:fill="D9EAF7"/>
            <w:vAlign w:val="center"/>
          </w:tcPr>
          <w:p w14:paraId="0F460666" w14:textId="603BEED9" w:rsidR="003F4ADF" w:rsidRDefault="00600937">
            <w:r>
              <w:rPr>
                <w:b/>
              </w:rPr>
              <w:t xml:space="preserve">Sport ou activité pratiquée  </w:t>
            </w:r>
          </w:p>
        </w:tc>
        <w:tc>
          <w:tcPr>
            <w:tcW w:w="5100" w:type="dxa"/>
            <w:vAlign w:val="center"/>
          </w:tcPr>
          <w:p w14:paraId="0C70237E" w14:textId="77777777" w:rsidR="003F4ADF" w:rsidRDefault="003F4ADF"/>
        </w:tc>
      </w:tr>
      <w:tr w:rsidR="003F4ADF" w14:paraId="4EF4AB0B" w14:textId="77777777">
        <w:trPr>
          <w:jc w:val="center"/>
        </w:trPr>
        <w:tc>
          <w:tcPr>
            <w:tcW w:w="5100" w:type="dxa"/>
            <w:vAlign w:val="center"/>
          </w:tcPr>
          <w:p w14:paraId="4EE977EF" w14:textId="7646F1D1" w:rsidR="003F4ADF" w:rsidRDefault="00600937">
            <w:r>
              <w:rPr>
                <w:b/>
              </w:rPr>
              <w:t xml:space="preserve">Nom de l’association  </w:t>
            </w:r>
          </w:p>
        </w:tc>
        <w:tc>
          <w:tcPr>
            <w:tcW w:w="5100" w:type="dxa"/>
            <w:vAlign w:val="center"/>
          </w:tcPr>
          <w:p w14:paraId="6DAADD32" w14:textId="77777777" w:rsidR="003F4ADF" w:rsidRDefault="003F4ADF"/>
        </w:tc>
      </w:tr>
      <w:tr w:rsidR="003F4ADF" w14:paraId="66C88DAE" w14:textId="77777777">
        <w:trPr>
          <w:jc w:val="center"/>
        </w:trPr>
        <w:tc>
          <w:tcPr>
            <w:tcW w:w="5100" w:type="dxa"/>
            <w:vAlign w:val="center"/>
          </w:tcPr>
          <w:p w14:paraId="1B52A3C8" w14:textId="1AB7C9DA" w:rsidR="003F4ADF" w:rsidRDefault="00600937">
            <w:r>
              <w:rPr>
                <w:b/>
              </w:rPr>
              <w:t xml:space="preserve">Adresse de l’association  </w:t>
            </w:r>
          </w:p>
        </w:tc>
        <w:tc>
          <w:tcPr>
            <w:tcW w:w="5100" w:type="dxa"/>
            <w:vAlign w:val="center"/>
          </w:tcPr>
          <w:p w14:paraId="4C6200E1" w14:textId="77777777" w:rsidR="003F4ADF" w:rsidRDefault="003F4ADF"/>
        </w:tc>
      </w:tr>
      <w:tr w:rsidR="003F4ADF" w14:paraId="4B4F68F2" w14:textId="77777777">
        <w:trPr>
          <w:jc w:val="center"/>
        </w:trPr>
        <w:tc>
          <w:tcPr>
            <w:tcW w:w="5100" w:type="dxa"/>
            <w:vAlign w:val="center"/>
          </w:tcPr>
          <w:p w14:paraId="36F0332A" w14:textId="17C76B77" w:rsidR="003F4ADF" w:rsidRDefault="00600937">
            <w:r>
              <w:rPr>
                <w:b/>
              </w:rPr>
              <w:t xml:space="preserve">Téléphone de l’association  </w:t>
            </w:r>
          </w:p>
        </w:tc>
        <w:tc>
          <w:tcPr>
            <w:tcW w:w="5100" w:type="dxa"/>
            <w:vAlign w:val="center"/>
          </w:tcPr>
          <w:p w14:paraId="37E79BC3" w14:textId="77777777" w:rsidR="003F4ADF" w:rsidRDefault="003F4ADF"/>
        </w:tc>
      </w:tr>
      <w:tr w:rsidR="003F4ADF" w14:paraId="3D5E77AB" w14:textId="77777777">
        <w:trPr>
          <w:jc w:val="center"/>
        </w:trPr>
        <w:tc>
          <w:tcPr>
            <w:tcW w:w="5100" w:type="dxa"/>
            <w:vAlign w:val="center"/>
          </w:tcPr>
          <w:p w14:paraId="4079F557" w14:textId="551807F2" w:rsidR="003F4ADF" w:rsidRDefault="00600937">
            <w:r>
              <w:rPr>
                <w:b/>
              </w:rPr>
              <w:t xml:space="preserve">Adresse mail de l’association  </w:t>
            </w:r>
          </w:p>
        </w:tc>
        <w:tc>
          <w:tcPr>
            <w:tcW w:w="5100" w:type="dxa"/>
            <w:vAlign w:val="center"/>
          </w:tcPr>
          <w:p w14:paraId="21C5D3E3" w14:textId="77777777" w:rsidR="003F4ADF" w:rsidRDefault="003F4ADF"/>
        </w:tc>
      </w:tr>
      <w:tr w:rsidR="003F4ADF" w:rsidRPr="003C277C" w14:paraId="1033C14C" w14:textId="77777777">
        <w:trPr>
          <w:jc w:val="center"/>
        </w:trPr>
        <w:tc>
          <w:tcPr>
            <w:tcW w:w="5100" w:type="dxa"/>
            <w:shd w:val="clear" w:color="auto" w:fill="D9EAF7"/>
            <w:vAlign w:val="center"/>
          </w:tcPr>
          <w:p w14:paraId="6C21AA8B" w14:textId="15F5BC89" w:rsidR="003F4ADF" w:rsidRPr="0099337E" w:rsidRDefault="00600937">
            <w:pPr>
              <w:rPr>
                <w:lang w:val="fr-FR"/>
              </w:rPr>
            </w:pPr>
            <w:r w:rsidRPr="0099337E">
              <w:rPr>
                <w:b/>
                <w:lang w:val="fr-FR"/>
              </w:rPr>
              <w:t>Autres distinctions et/ou récompenses obtenues (date jj/mm/</w:t>
            </w:r>
            <w:proofErr w:type="spellStart"/>
            <w:r w:rsidRPr="0099337E">
              <w:rPr>
                <w:b/>
                <w:lang w:val="fr-FR"/>
              </w:rPr>
              <w:t>aaaa</w:t>
            </w:r>
            <w:proofErr w:type="spellEnd"/>
            <w:r w:rsidRPr="0099337E">
              <w:rPr>
                <w:b/>
                <w:lang w:val="fr-FR"/>
              </w:rPr>
              <w:t xml:space="preserve"> et intitulé)  </w:t>
            </w:r>
          </w:p>
        </w:tc>
        <w:tc>
          <w:tcPr>
            <w:tcW w:w="5100" w:type="dxa"/>
            <w:vAlign w:val="center"/>
          </w:tcPr>
          <w:p w14:paraId="62988503" w14:textId="77777777" w:rsidR="003F4ADF" w:rsidRPr="0099337E" w:rsidRDefault="003F4ADF">
            <w:pPr>
              <w:rPr>
                <w:lang w:val="fr-FR"/>
              </w:rPr>
            </w:pPr>
          </w:p>
        </w:tc>
      </w:tr>
    </w:tbl>
    <w:p w14:paraId="2C8B4818" w14:textId="77777777" w:rsidR="003F4ADF" w:rsidRPr="0099337E" w:rsidRDefault="003F4ADF">
      <w:pPr>
        <w:rPr>
          <w:lang w:val="fr-FR"/>
        </w:rPr>
      </w:pPr>
    </w:p>
    <w:p w14:paraId="76597F22" w14:textId="0F4EA3A5" w:rsidR="003F4ADF" w:rsidRPr="0099337E" w:rsidRDefault="00600937">
      <w:pPr>
        <w:rPr>
          <w:u w:val="single"/>
          <w:lang w:val="fr-FR"/>
        </w:rPr>
      </w:pPr>
      <w:r w:rsidRPr="0099337E">
        <w:rPr>
          <w:b/>
          <w:u w:val="single"/>
          <w:lang w:val="fr-FR"/>
        </w:rPr>
        <w:t xml:space="preserve">PARCOURS INDIVIDUEL </w:t>
      </w:r>
    </w:p>
    <w:p w14:paraId="626F20F4" w14:textId="77777777" w:rsidR="003F4ADF" w:rsidRPr="0099337E" w:rsidRDefault="00600937">
      <w:pPr>
        <w:rPr>
          <w:lang w:val="fr-FR"/>
        </w:rPr>
      </w:pPr>
      <w:r w:rsidRPr="0099337E">
        <w:rPr>
          <w:i/>
          <w:lang w:val="fr-FR"/>
        </w:rPr>
        <w:t>Détailler les sigles et préciser les missions bénévoles effectuées.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550"/>
        <w:gridCol w:w="2550"/>
        <w:gridCol w:w="2550"/>
        <w:gridCol w:w="2550"/>
      </w:tblGrid>
      <w:tr w:rsidR="003F4ADF" w14:paraId="50C797AE" w14:textId="77777777">
        <w:trPr>
          <w:jc w:val="center"/>
        </w:trPr>
        <w:tc>
          <w:tcPr>
            <w:tcW w:w="2550" w:type="dxa"/>
            <w:shd w:val="clear" w:color="auto" w:fill="D9EAF7"/>
            <w:vAlign w:val="center"/>
          </w:tcPr>
          <w:p w14:paraId="5C50162B" w14:textId="77777777" w:rsidR="003F4ADF" w:rsidRDefault="00600937">
            <w:proofErr w:type="spellStart"/>
            <w:r>
              <w:rPr>
                <w:b/>
              </w:rPr>
              <w:t>Période</w:t>
            </w:r>
            <w:proofErr w:type="spellEnd"/>
            <w:r>
              <w:rPr>
                <w:b/>
              </w:rPr>
              <w:br/>
              <w:t>(de 20__ à 20__)</w:t>
            </w:r>
          </w:p>
        </w:tc>
        <w:tc>
          <w:tcPr>
            <w:tcW w:w="2550" w:type="dxa"/>
            <w:shd w:val="clear" w:color="auto" w:fill="D9EAF7"/>
            <w:vAlign w:val="center"/>
          </w:tcPr>
          <w:p w14:paraId="076F4E2F" w14:textId="77777777" w:rsidR="003F4ADF" w:rsidRDefault="00600937">
            <w:r>
              <w:rPr>
                <w:b/>
              </w:rPr>
              <w:t>Activités pratiquées</w:t>
            </w:r>
          </w:p>
        </w:tc>
        <w:tc>
          <w:tcPr>
            <w:tcW w:w="2550" w:type="dxa"/>
            <w:shd w:val="clear" w:color="auto" w:fill="D9EAF7"/>
            <w:vAlign w:val="center"/>
          </w:tcPr>
          <w:p w14:paraId="54171D64" w14:textId="77777777" w:rsidR="003F4ADF" w:rsidRDefault="00600937">
            <w:r>
              <w:rPr>
                <w:b/>
              </w:rPr>
              <w:t>Fonctions exercées</w:t>
            </w:r>
          </w:p>
        </w:tc>
        <w:tc>
          <w:tcPr>
            <w:tcW w:w="2550" w:type="dxa"/>
            <w:shd w:val="clear" w:color="auto" w:fill="D9EAF7"/>
            <w:vAlign w:val="center"/>
          </w:tcPr>
          <w:p w14:paraId="15CF67A3" w14:textId="77777777" w:rsidR="003F4ADF" w:rsidRDefault="00600937">
            <w:r>
              <w:rPr>
                <w:b/>
              </w:rPr>
              <w:t>Actions réalisées / missions bénévoles</w:t>
            </w:r>
          </w:p>
        </w:tc>
      </w:tr>
      <w:tr w:rsidR="003F4ADF" w14:paraId="53E614E6" w14:textId="77777777">
        <w:trPr>
          <w:jc w:val="center"/>
        </w:trPr>
        <w:tc>
          <w:tcPr>
            <w:tcW w:w="2550" w:type="dxa"/>
            <w:vAlign w:val="center"/>
          </w:tcPr>
          <w:p w14:paraId="1412C249" w14:textId="77777777" w:rsidR="003F4ADF" w:rsidRDefault="003F4ADF"/>
        </w:tc>
        <w:tc>
          <w:tcPr>
            <w:tcW w:w="2550" w:type="dxa"/>
            <w:vAlign w:val="center"/>
          </w:tcPr>
          <w:p w14:paraId="2EB4165B" w14:textId="77777777" w:rsidR="003F4ADF" w:rsidRDefault="003F4ADF"/>
        </w:tc>
        <w:tc>
          <w:tcPr>
            <w:tcW w:w="2550" w:type="dxa"/>
            <w:vAlign w:val="center"/>
          </w:tcPr>
          <w:p w14:paraId="4DCA5E80" w14:textId="77777777" w:rsidR="003F4ADF" w:rsidRDefault="003F4ADF"/>
        </w:tc>
        <w:tc>
          <w:tcPr>
            <w:tcW w:w="2550" w:type="dxa"/>
            <w:vAlign w:val="center"/>
          </w:tcPr>
          <w:p w14:paraId="67982C3D" w14:textId="77777777" w:rsidR="003F4ADF" w:rsidRDefault="003F4ADF"/>
        </w:tc>
      </w:tr>
      <w:tr w:rsidR="003F4ADF" w14:paraId="60443A6A" w14:textId="77777777">
        <w:trPr>
          <w:jc w:val="center"/>
        </w:trPr>
        <w:tc>
          <w:tcPr>
            <w:tcW w:w="2550" w:type="dxa"/>
            <w:vAlign w:val="center"/>
          </w:tcPr>
          <w:p w14:paraId="3CBC953F" w14:textId="77777777" w:rsidR="003F4ADF" w:rsidRDefault="003F4ADF"/>
        </w:tc>
        <w:tc>
          <w:tcPr>
            <w:tcW w:w="2550" w:type="dxa"/>
            <w:vAlign w:val="center"/>
          </w:tcPr>
          <w:p w14:paraId="29B655A0" w14:textId="77777777" w:rsidR="003F4ADF" w:rsidRDefault="003F4ADF"/>
        </w:tc>
        <w:tc>
          <w:tcPr>
            <w:tcW w:w="2550" w:type="dxa"/>
            <w:vAlign w:val="center"/>
          </w:tcPr>
          <w:p w14:paraId="52FF9664" w14:textId="77777777" w:rsidR="003F4ADF" w:rsidRDefault="003F4ADF"/>
        </w:tc>
        <w:tc>
          <w:tcPr>
            <w:tcW w:w="2550" w:type="dxa"/>
            <w:vAlign w:val="center"/>
          </w:tcPr>
          <w:p w14:paraId="32396E2B" w14:textId="77777777" w:rsidR="003F4ADF" w:rsidRDefault="003F4ADF"/>
        </w:tc>
      </w:tr>
      <w:tr w:rsidR="003F4ADF" w14:paraId="7B4C65C8" w14:textId="77777777">
        <w:trPr>
          <w:jc w:val="center"/>
        </w:trPr>
        <w:tc>
          <w:tcPr>
            <w:tcW w:w="2550" w:type="dxa"/>
            <w:vAlign w:val="center"/>
          </w:tcPr>
          <w:p w14:paraId="3481E9B2" w14:textId="77777777" w:rsidR="003F4ADF" w:rsidRDefault="003F4ADF"/>
        </w:tc>
        <w:tc>
          <w:tcPr>
            <w:tcW w:w="2550" w:type="dxa"/>
            <w:vAlign w:val="center"/>
          </w:tcPr>
          <w:p w14:paraId="76EF2ECC" w14:textId="77777777" w:rsidR="003F4ADF" w:rsidRDefault="003F4ADF"/>
        </w:tc>
        <w:tc>
          <w:tcPr>
            <w:tcW w:w="2550" w:type="dxa"/>
            <w:vAlign w:val="center"/>
          </w:tcPr>
          <w:p w14:paraId="50E33FD8" w14:textId="77777777" w:rsidR="003F4ADF" w:rsidRDefault="003F4ADF"/>
        </w:tc>
        <w:tc>
          <w:tcPr>
            <w:tcW w:w="2550" w:type="dxa"/>
            <w:vAlign w:val="center"/>
          </w:tcPr>
          <w:p w14:paraId="39152580" w14:textId="77777777" w:rsidR="003F4ADF" w:rsidRDefault="003F4ADF"/>
        </w:tc>
      </w:tr>
      <w:tr w:rsidR="003F4ADF" w14:paraId="6F70482B" w14:textId="77777777">
        <w:trPr>
          <w:jc w:val="center"/>
        </w:trPr>
        <w:tc>
          <w:tcPr>
            <w:tcW w:w="2550" w:type="dxa"/>
            <w:vAlign w:val="center"/>
          </w:tcPr>
          <w:p w14:paraId="3CE99208" w14:textId="77777777" w:rsidR="003F4ADF" w:rsidRDefault="003F4ADF"/>
        </w:tc>
        <w:tc>
          <w:tcPr>
            <w:tcW w:w="2550" w:type="dxa"/>
            <w:vAlign w:val="center"/>
          </w:tcPr>
          <w:p w14:paraId="679417CB" w14:textId="77777777" w:rsidR="003F4ADF" w:rsidRDefault="003F4ADF"/>
        </w:tc>
        <w:tc>
          <w:tcPr>
            <w:tcW w:w="2550" w:type="dxa"/>
            <w:vAlign w:val="center"/>
          </w:tcPr>
          <w:p w14:paraId="3761AD40" w14:textId="77777777" w:rsidR="003F4ADF" w:rsidRDefault="003F4ADF"/>
        </w:tc>
        <w:tc>
          <w:tcPr>
            <w:tcW w:w="2550" w:type="dxa"/>
            <w:vAlign w:val="center"/>
          </w:tcPr>
          <w:p w14:paraId="3940364F" w14:textId="77777777" w:rsidR="003F4ADF" w:rsidRDefault="003F4ADF"/>
        </w:tc>
      </w:tr>
      <w:tr w:rsidR="003F4ADF" w14:paraId="67261BEA" w14:textId="77777777">
        <w:trPr>
          <w:jc w:val="center"/>
        </w:trPr>
        <w:tc>
          <w:tcPr>
            <w:tcW w:w="2550" w:type="dxa"/>
            <w:vAlign w:val="center"/>
          </w:tcPr>
          <w:p w14:paraId="418D80CC" w14:textId="77777777" w:rsidR="003F4ADF" w:rsidRDefault="003F4ADF"/>
        </w:tc>
        <w:tc>
          <w:tcPr>
            <w:tcW w:w="2550" w:type="dxa"/>
            <w:vAlign w:val="center"/>
          </w:tcPr>
          <w:p w14:paraId="6C92F097" w14:textId="77777777" w:rsidR="003F4ADF" w:rsidRDefault="003F4ADF"/>
        </w:tc>
        <w:tc>
          <w:tcPr>
            <w:tcW w:w="2550" w:type="dxa"/>
            <w:vAlign w:val="center"/>
          </w:tcPr>
          <w:p w14:paraId="5C24D2EE" w14:textId="77777777" w:rsidR="003F4ADF" w:rsidRDefault="003F4ADF"/>
        </w:tc>
        <w:tc>
          <w:tcPr>
            <w:tcW w:w="2550" w:type="dxa"/>
            <w:vAlign w:val="center"/>
          </w:tcPr>
          <w:p w14:paraId="0BBCDAE4" w14:textId="77777777" w:rsidR="003F4ADF" w:rsidRDefault="003F4ADF"/>
        </w:tc>
      </w:tr>
      <w:tr w:rsidR="003F4ADF" w14:paraId="0880D7B8" w14:textId="77777777">
        <w:trPr>
          <w:jc w:val="center"/>
        </w:trPr>
        <w:tc>
          <w:tcPr>
            <w:tcW w:w="2550" w:type="dxa"/>
            <w:vAlign w:val="center"/>
          </w:tcPr>
          <w:p w14:paraId="3C09DDF6" w14:textId="77777777" w:rsidR="003F4ADF" w:rsidRDefault="003F4ADF"/>
        </w:tc>
        <w:tc>
          <w:tcPr>
            <w:tcW w:w="2550" w:type="dxa"/>
            <w:vAlign w:val="center"/>
          </w:tcPr>
          <w:p w14:paraId="61950D2B" w14:textId="77777777" w:rsidR="003F4ADF" w:rsidRDefault="003F4ADF"/>
        </w:tc>
        <w:tc>
          <w:tcPr>
            <w:tcW w:w="2550" w:type="dxa"/>
            <w:vAlign w:val="center"/>
          </w:tcPr>
          <w:p w14:paraId="2E270C8E" w14:textId="77777777" w:rsidR="003F4ADF" w:rsidRDefault="003F4ADF"/>
        </w:tc>
        <w:tc>
          <w:tcPr>
            <w:tcW w:w="2550" w:type="dxa"/>
            <w:vAlign w:val="center"/>
          </w:tcPr>
          <w:p w14:paraId="2B196693" w14:textId="77777777" w:rsidR="003F4ADF" w:rsidRDefault="003F4ADF"/>
        </w:tc>
      </w:tr>
      <w:tr w:rsidR="003F4ADF" w14:paraId="7920E8C7" w14:textId="77777777">
        <w:trPr>
          <w:jc w:val="center"/>
        </w:trPr>
        <w:tc>
          <w:tcPr>
            <w:tcW w:w="2550" w:type="dxa"/>
            <w:vAlign w:val="center"/>
          </w:tcPr>
          <w:p w14:paraId="51E057CE" w14:textId="77777777" w:rsidR="003F4ADF" w:rsidRDefault="003F4ADF"/>
        </w:tc>
        <w:tc>
          <w:tcPr>
            <w:tcW w:w="2550" w:type="dxa"/>
            <w:vAlign w:val="center"/>
          </w:tcPr>
          <w:p w14:paraId="269548E3" w14:textId="77777777" w:rsidR="003F4ADF" w:rsidRDefault="003F4ADF"/>
        </w:tc>
        <w:tc>
          <w:tcPr>
            <w:tcW w:w="2550" w:type="dxa"/>
            <w:vAlign w:val="center"/>
          </w:tcPr>
          <w:p w14:paraId="4819F824" w14:textId="77777777" w:rsidR="003F4ADF" w:rsidRDefault="003F4ADF"/>
        </w:tc>
        <w:tc>
          <w:tcPr>
            <w:tcW w:w="2550" w:type="dxa"/>
            <w:vAlign w:val="center"/>
          </w:tcPr>
          <w:p w14:paraId="27516874" w14:textId="77777777" w:rsidR="003F4ADF" w:rsidRDefault="003F4ADF"/>
        </w:tc>
      </w:tr>
      <w:tr w:rsidR="003F4ADF" w14:paraId="7804D36E" w14:textId="77777777">
        <w:trPr>
          <w:jc w:val="center"/>
        </w:trPr>
        <w:tc>
          <w:tcPr>
            <w:tcW w:w="2550" w:type="dxa"/>
            <w:vAlign w:val="center"/>
          </w:tcPr>
          <w:p w14:paraId="7E8F14CC" w14:textId="77777777" w:rsidR="003F4ADF" w:rsidRDefault="003F4ADF"/>
        </w:tc>
        <w:tc>
          <w:tcPr>
            <w:tcW w:w="2550" w:type="dxa"/>
            <w:vAlign w:val="center"/>
          </w:tcPr>
          <w:p w14:paraId="521DD5B6" w14:textId="77777777" w:rsidR="003F4ADF" w:rsidRDefault="003F4ADF"/>
        </w:tc>
        <w:tc>
          <w:tcPr>
            <w:tcW w:w="2550" w:type="dxa"/>
            <w:vAlign w:val="center"/>
          </w:tcPr>
          <w:p w14:paraId="5D9C8DD8" w14:textId="77777777" w:rsidR="003F4ADF" w:rsidRDefault="003F4ADF"/>
        </w:tc>
        <w:tc>
          <w:tcPr>
            <w:tcW w:w="2550" w:type="dxa"/>
            <w:vAlign w:val="center"/>
          </w:tcPr>
          <w:p w14:paraId="59FA726E" w14:textId="77777777" w:rsidR="003F4ADF" w:rsidRDefault="003F4ADF"/>
        </w:tc>
      </w:tr>
    </w:tbl>
    <w:p w14:paraId="6C300B42" w14:textId="77777777" w:rsidR="003F4ADF" w:rsidRDefault="003F4ADF"/>
    <w:p w14:paraId="0A2CDD30" w14:textId="77777777" w:rsidR="003F4ADF" w:rsidRPr="0099337E" w:rsidRDefault="00600937">
      <w:pPr>
        <w:rPr>
          <w:u w:val="single"/>
          <w:lang w:val="fr-FR"/>
        </w:rPr>
      </w:pPr>
      <w:r w:rsidRPr="0099337E">
        <w:rPr>
          <w:b/>
          <w:lang w:val="fr-FR"/>
        </w:rPr>
        <w:t xml:space="preserve">II – </w:t>
      </w:r>
      <w:r w:rsidRPr="0099337E">
        <w:rPr>
          <w:b/>
          <w:u w:val="single"/>
          <w:lang w:val="fr-FR"/>
        </w:rPr>
        <w:t>RENSEIGNEMENTS CONCERNANT LA MARRAINE OU LE PARRAIN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00"/>
        <w:gridCol w:w="5100"/>
      </w:tblGrid>
      <w:tr w:rsidR="003F4ADF" w14:paraId="67E0F551" w14:textId="77777777">
        <w:tc>
          <w:tcPr>
            <w:tcW w:w="5100" w:type="dxa"/>
            <w:vAlign w:val="center"/>
          </w:tcPr>
          <w:p w14:paraId="762E37CD" w14:textId="56E8BC8B" w:rsidR="003F4ADF" w:rsidRDefault="00600937">
            <w:proofErr w:type="spellStart"/>
            <w:r>
              <w:rPr>
                <w:b/>
              </w:rPr>
              <w:t>Civilité</w:t>
            </w:r>
            <w:proofErr w:type="spellEnd"/>
            <w:r>
              <w:rPr>
                <w:b/>
              </w:rPr>
              <w:t xml:space="preserve">  </w:t>
            </w:r>
          </w:p>
        </w:tc>
        <w:tc>
          <w:tcPr>
            <w:tcW w:w="5100" w:type="dxa"/>
            <w:vAlign w:val="center"/>
          </w:tcPr>
          <w:p w14:paraId="661FAA9B" w14:textId="77777777" w:rsidR="003F4ADF" w:rsidRDefault="003F4ADF"/>
        </w:tc>
      </w:tr>
      <w:tr w:rsidR="003F4ADF" w14:paraId="2A336EB2" w14:textId="77777777">
        <w:tc>
          <w:tcPr>
            <w:tcW w:w="5100" w:type="dxa"/>
            <w:vAlign w:val="center"/>
          </w:tcPr>
          <w:p w14:paraId="3C300BAD" w14:textId="399604E7" w:rsidR="003F4ADF" w:rsidRDefault="00600937">
            <w:r>
              <w:rPr>
                <w:b/>
              </w:rPr>
              <w:t xml:space="preserve">NOM  </w:t>
            </w:r>
          </w:p>
        </w:tc>
        <w:tc>
          <w:tcPr>
            <w:tcW w:w="5100" w:type="dxa"/>
            <w:vAlign w:val="center"/>
          </w:tcPr>
          <w:p w14:paraId="1A3CD13A" w14:textId="77777777" w:rsidR="003F4ADF" w:rsidRDefault="003F4ADF"/>
        </w:tc>
      </w:tr>
      <w:tr w:rsidR="003F4ADF" w14:paraId="0A3D1237" w14:textId="77777777">
        <w:tc>
          <w:tcPr>
            <w:tcW w:w="5100" w:type="dxa"/>
            <w:vAlign w:val="center"/>
          </w:tcPr>
          <w:p w14:paraId="122A673A" w14:textId="3A5BCE97" w:rsidR="003F4ADF" w:rsidRDefault="00600937">
            <w:r>
              <w:rPr>
                <w:b/>
              </w:rPr>
              <w:t xml:space="preserve">Nom de </w:t>
            </w:r>
            <w:r w:rsidR="0099337E">
              <w:rPr>
                <w:b/>
              </w:rPr>
              <w:t>naissance</w:t>
            </w:r>
          </w:p>
        </w:tc>
        <w:tc>
          <w:tcPr>
            <w:tcW w:w="5100" w:type="dxa"/>
            <w:vAlign w:val="center"/>
          </w:tcPr>
          <w:p w14:paraId="7FC6D743" w14:textId="77777777" w:rsidR="003F4ADF" w:rsidRDefault="003F4ADF"/>
        </w:tc>
      </w:tr>
      <w:tr w:rsidR="003F4ADF" w14:paraId="5FA224E4" w14:textId="77777777">
        <w:tc>
          <w:tcPr>
            <w:tcW w:w="5100" w:type="dxa"/>
            <w:vAlign w:val="center"/>
          </w:tcPr>
          <w:p w14:paraId="63F0789B" w14:textId="7759EAFA" w:rsidR="003F4ADF" w:rsidRDefault="00600937">
            <w:r>
              <w:rPr>
                <w:b/>
              </w:rPr>
              <w:t xml:space="preserve">Prénom(s)  </w:t>
            </w:r>
          </w:p>
        </w:tc>
        <w:tc>
          <w:tcPr>
            <w:tcW w:w="5100" w:type="dxa"/>
            <w:vAlign w:val="center"/>
          </w:tcPr>
          <w:p w14:paraId="1B4FCE18" w14:textId="77777777" w:rsidR="003F4ADF" w:rsidRDefault="003F4ADF"/>
        </w:tc>
      </w:tr>
      <w:tr w:rsidR="003F4ADF" w14:paraId="5D003DE0" w14:textId="77777777">
        <w:tc>
          <w:tcPr>
            <w:tcW w:w="5100" w:type="dxa"/>
            <w:vAlign w:val="center"/>
          </w:tcPr>
          <w:p w14:paraId="6A6E252E" w14:textId="4F987BDF" w:rsidR="003F4ADF" w:rsidRDefault="00600937">
            <w:r>
              <w:rPr>
                <w:b/>
              </w:rPr>
              <w:t xml:space="preserve">En qualité de  </w:t>
            </w:r>
          </w:p>
        </w:tc>
        <w:tc>
          <w:tcPr>
            <w:tcW w:w="5100" w:type="dxa"/>
            <w:vAlign w:val="center"/>
          </w:tcPr>
          <w:p w14:paraId="1E953433" w14:textId="77777777" w:rsidR="003F4ADF" w:rsidRDefault="003F4ADF"/>
        </w:tc>
      </w:tr>
      <w:tr w:rsidR="003F4ADF" w14:paraId="295604D7" w14:textId="77777777">
        <w:tc>
          <w:tcPr>
            <w:tcW w:w="5100" w:type="dxa"/>
            <w:vAlign w:val="center"/>
          </w:tcPr>
          <w:p w14:paraId="6D52A0CD" w14:textId="27D4E804" w:rsidR="003F4ADF" w:rsidRDefault="00600937">
            <w:r>
              <w:rPr>
                <w:b/>
              </w:rPr>
              <w:t xml:space="preserve">Adresse complète  </w:t>
            </w:r>
          </w:p>
        </w:tc>
        <w:tc>
          <w:tcPr>
            <w:tcW w:w="5100" w:type="dxa"/>
            <w:vAlign w:val="center"/>
          </w:tcPr>
          <w:p w14:paraId="15EFBDEE" w14:textId="77777777" w:rsidR="003F4ADF" w:rsidRDefault="003F4ADF"/>
        </w:tc>
      </w:tr>
      <w:tr w:rsidR="003F4ADF" w14:paraId="75BE189B" w14:textId="77777777">
        <w:tc>
          <w:tcPr>
            <w:tcW w:w="5100" w:type="dxa"/>
            <w:vAlign w:val="center"/>
          </w:tcPr>
          <w:p w14:paraId="64047A7B" w14:textId="6F114993" w:rsidR="003F4ADF" w:rsidRDefault="00600937">
            <w:r>
              <w:rPr>
                <w:b/>
              </w:rPr>
              <w:t xml:space="preserve">Code postal  </w:t>
            </w:r>
          </w:p>
        </w:tc>
        <w:tc>
          <w:tcPr>
            <w:tcW w:w="5100" w:type="dxa"/>
            <w:vAlign w:val="center"/>
          </w:tcPr>
          <w:p w14:paraId="1ADB9A60" w14:textId="77777777" w:rsidR="003F4ADF" w:rsidRDefault="003F4ADF"/>
        </w:tc>
      </w:tr>
      <w:tr w:rsidR="003F4ADF" w14:paraId="7F4A913A" w14:textId="77777777">
        <w:tc>
          <w:tcPr>
            <w:tcW w:w="5100" w:type="dxa"/>
            <w:vAlign w:val="center"/>
          </w:tcPr>
          <w:p w14:paraId="18C2FA4E" w14:textId="05407AA0" w:rsidR="003F4ADF" w:rsidRDefault="00600937">
            <w:r>
              <w:rPr>
                <w:b/>
              </w:rPr>
              <w:t xml:space="preserve">Commune  </w:t>
            </w:r>
          </w:p>
        </w:tc>
        <w:tc>
          <w:tcPr>
            <w:tcW w:w="5100" w:type="dxa"/>
            <w:vAlign w:val="center"/>
          </w:tcPr>
          <w:p w14:paraId="0B094FE4" w14:textId="77777777" w:rsidR="003F4ADF" w:rsidRDefault="003F4ADF"/>
        </w:tc>
      </w:tr>
      <w:tr w:rsidR="003F4ADF" w14:paraId="7C2791CA" w14:textId="77777777">
        <w:tc>
          <w:tcPr>
            <w:tcW w:w="5100" w:type="dxa"/>
            <w:vAlign w:val="center"/>
          </w:tcPr>
          <w:p w14:paraId="6AB24F23" w14:textId="15AD0719" w:rsidR="003F4ADF" w:rsidRDefault="00600937">
            <w:r>
              <w:rPr>
                <w:b/>
              </w:rPr>
              <w:t xml:space="preserve">Téléphone  </w:t>
            </w:r>
          </w:p>
        </w:tc>
        <w:tc>
          <w:tcPr>
            <w:tcW w:w="5100" w:type="dxa"/>
            <w:vAlign w:val="center"/>
          </w:tcPr>
          <w:p w14:paraId="5592CF4D" w14:textId="77777777" w:rsidR="003F4ADF" w:rsidRDefault="003F4ADF"/>
        </w:tc>
      </w:tr>
      <w:tr w:rsidR="003F4ADF" w14:paraId="613F8FF2" w14:textId="77777777">
        <w:tc>
          <w:tcPr>
            <w:tcW w:w="5100" w:type="dxa"/>
            <w:vAlign w:val="center"/>
          </w:tcPr>
          <w:p w14:paraId="1510E3E7" w14:textId="29F5FBB0" w:rsidR="003F4ADF" w:rsidRDefault="00600937">
            <w:r>
              <w:rPr>
                <w:b/>
              </w:rPr>
              <w:t xml:space="preserve">Courriel obligatoire pour invitation  </w:t>
            </w:r>
          </w:p>
        </w:tc>
        <w:tc>
          <w:tcPr>
            <w:tcW w:w="5100" w:type="dxa"/>
            <w:vAlign w:val="center"/>
          </w:tcPr>
          <w:p w14:paraId="4403CF96" w14:textId="77777777" w:rsidR="003F4ADF" w:rsidRDefault="003F4ADF"/>
        </w:tc>
      </w:tr>
    </w:tbl>
    <w:p w14:paraId="5E822AAD" w14:textId="77777777" w:rsidR="003F4ADF" w:rsidRDefault="003F4ADF"/>
    <w:p w14:paraId="17FBDDE3" w14:textId="77777777" w:rsidR="0099337E" w:rsidRDefault="0099337E">
      <w:pPr>
        <w:rPr>
          <w:b/>
          <w:u w:val="single"/>
          <w:lang w:val="fr-FR"/>
        </w:rPr>
      </w:pPr>
    </w:p>
    <w:p w14:paraId="16D7D139" w14:textId="77777777" w:rsidR="0099337E" w:rsidRDefault="0099337E">
      <w:pPr>
        <w:rPr>
          <w:b/>
          <w:u w:val="single"/>
          <w:lang w:val="fr-FR"/>
        </w:rPr>
      </w:pPr>
    </w:p>
    <w:p w14:paraId="42AC210A" w14:textId="347C1253" w:rsidR="003F4ADF" w:rsidRPr="0099337E" w:rsidRDefault="00600937">
      <w:pPr>
        <w:rPr>
          <w:u w:val="single"/>
          <w:lang w:val="fr-FR"/>
        </w:rPr>
      </w:pPr>
      <w:r w:rsidRPr="0099337E">
        <w:rPr>
          <w:b/>
          <w:u w:val="single"/>
          <w:lang w:val="fr-FR"/>
        </w:rPr>
        <w:lastRenderedPageBreak/>
        <w:t>AVIS CIRCONSTANCIÉ DE LA MARRAINE OU DU PARRAIN</w:t>
      </w:r>
    </w:p>
    <w:p w14:paraId="607C4F94" w14:textId="77777777" w:rsidR="003F4ADF" w:rsidRPr="0099337E" w:rsidRDefault="00600937">
      <w:pPr>
        <w:rPr>
          <w:lang w:val="fr-FR"/>
        </w:rPr>
      </w:pPr>
      <w:r w:rsidRPr="0099337E">
        <w:rPr>
          <w:i/>
          <w:lang w:val="fr-FR"/>
        </w:rPr>
        <w:t>Avis à rédiger en toute neutralité, en précisant les éléments concrets justifiant la candidature.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16"/>
      </w:tblGrid>
      <w:tr w:rsidR="0099337E" w:rsidRPr="003C277C" w14:paraId="26C4D2D6" w14:textId="77777777" w:rsidTr="00F126C9">
        <w:tc>
          <w:tcPr>
            <w:tcW w:w="10598" w:type="dxa"/>
            <w:shd w:val="clear" w:color="auto" w:fill="D9EAF7"/>
            <w:vAlign w:val="center"/>
          </w:tcPr>
          <w:p w14:paraId="4A495F42" w14:textId="77777777" w:rsidR="0099337E" w:rsidRPr="003C277C" w:rsidRDefault="0099337E" w:rsidP="00F126C9">
            <w:pPr>
              <w:rPr>
                <w:lang w:val="fr-FR"/>
              </w:rPr>
            </w:pPr>
          </w:p>
          <w:p w14:paraId="7BD843CF" w14:textId="77777777" w:rsidR="0099337E" w:rsidRPr="003C277C" w:rsidRDefault="0099337E" w:rsidP="00F126C9">
            <w:pPr>
              <w:rPr>
                <w:lang w:val="fr-FR"/>
              </w:rPr>
            </w:pPr>
          </w:p>
          <w:p w14:paraId="32AE5E6D" w14:textId="77777777" w:rsidR="0099337E" w:rsidRPr="003C277C" w:rsidRDefault="0099337E" w:rsidP="00F126C9">
            <w:pPr>
              <w:rPr>
                <w:lang w:val="fr-FR"/>
              </w:rPr>
            </w:pPr>
          </w:p>
          <w:p w14:paraId="666949BF" w14:textId="77777777" w:rsidR="0099337E" w:rsidRPr="003C277C" w:rsidRDefault="0099337E" w:rsidP="00F126C9">
            <w:pPr>
              <w:rPr>
                <w:lang w:val="fr-FR"/>
              </w:rPr>
            </w:pPr>
          </w:p>
          <w:p w14:paraId="703F0F88" w14:textId="77777777" w:rsidR="0099337E" w:rsidRPr="003C277C" w:rsidRDefault="0099337E" w:rsidP="00F126C9">
            <w:pPr>
              <w:rPr>
                <w:lang w:val="fr-FR"/>
              </w:rPr>
            </w:pPr>
          </w:p>
          <w:p w14:paraId="3E43CADE" w14:textId="77777777" w:rsidR="0099337E" w:rsidRPr="003C277C" w:rsidRDefault="0099337E" w:rsidP="00F126C9">
            <w:pPr>
              <w:rPr>
                <w:lang w:val="fr-FR"/>
              </w:rPr>
            </w:pPr>
          </w:p>
          <w:p w14:paraId="49CA873B" w14:textId="77777777" w:rsidR="0099337E" w:rsidRPr="003C277C" w:rsidRDefault="0099337E" w:rsidP="00F126C9">
            <w:pPr>
              <w:rPr>
                <w:lang w:val="fr-FR"/>
              </w:rPr>
            </w:pPr>
          </w:p>
          <w:p w14:paraId="79B2C171" w14:textId="77777777" w:rsidR="0099337E" w:rsidRPr="003C277C" w:rsidRDefault="0099337E" w:rsidP="00F126C9">
            <w:pPr>
              <w:rPr>
                <w:lang w:val="fr-FR"/>
              </w:rPr>
            </w:pPr>
          </w:p>
          <w:p w14:paraId="59B3F22D" w14:textId="77777777" w:rsidR="0099337E" w:rsidRPr="003C277C" w:rsidRDefault="0099337E" w:rsidP="00F126C9">
            <w:pPr>
              <w:rPr>
                <w:lang w:val="fr-FR"/>
              </w:rPr>
            </w:pPr>
          </w:p>
          <w:p w14:paraId="675E985D" w14:textId="77777777" w:rsidR="0099337E" w:rsidRPr="003C277C" w:rsidRDefault="0099337E" w:rsidP="00F126C9">
            <w:pPr>
              <w:rPr>
                <w:lang w:val="fr-FR"/>
              </w:rPr>
            </w:pPr>
          </w:p>
          <w:p w14:paraId="330816D4" w14:textId="77777777" w:rsidR="0099337E" w:rsidRPr="003C277C" w:rsidRDefault="0099337E" w:rsidP="00F126C9">
            <w:pPr>
              <w:rPr>
                <w:lang w:val="fr-FR"/>
              </w:rPr>
            </w:pPr>
          </w:p>
          <w:p w14:paraId="5860A432" w14:textId="77777777" w:rsidR="0099337E" w:rsidRPr="003C277C" w:rsidRDefault="0099337E" w:rsidP="00F126C9">
            <w:pPr>
              <w:rPr>
                <w:lang w:val="fr-FR"/>
              </w:rPr>
            </w:pPr>
          </w:p>
          <w:p w14:paraId="0E88028F" w14:textId="77777777" w:rsidR="0099337E" w:rsidRPr="003C277C" w:rsidRDefault="0099337E" w:rsidP="00F126C9">
            <w:pPr>
              <w:rPr>
                <w:lang w:val="fr-FR"/>
              </w:rPr>
            </w:pPr>
          </w:p>
          <w:p w14:paraId="12D6ED1C" w14:textId="77777777" w:rsidR="0099337E" w:rsidRPr="003C277C" w:rsidRDefault="0099337E" w:rsidP="00F126C9">
            <w:pPr>
              <w:rPr>
                <w:lang w:val="fr-FR"/>
              </w:rPr>
            </w:pPr>
          </w:p>
          <w:p w14:paraId="5A5317BF" w14:textId="77777777" w:rsidR="0099337E" w:rsidRPr="003C277C" w:rsidRDefault="0099337E" w:rsidP="00F126C9">
            <w:pPr>
              <w:rPr>
                <w:lang w:val="fr-FR"/>
              </w:rPr>
            </w:pPr>
          </w:p>
          <w:p w14:paraId="40C2ECA7" w14:textId="77777777" w:rsidR="0099337E" w:rsidRPr="003C277C" w:rsidRDefault="0099337E" w:rsidP="00F126C9">
            <w:pPr>
              <w:rPr>
                <w:lang w:val="fr-FR"/>
              </w:rPr>
            </w:pPr>
          </w:p>
          <w:p w14:paraId="10FD9C96" w14:textId="77777777" w:rsidR="0099337E" w:rsidRPr="003C277C" w:rsidRDefault="0099337E" w:rsidP="00F126C9">
            <w:pPr>
              <w:rPr>
                <w:lang w:val="fr-FR"/>
              </w:rPr>
            </w:pPr>
          </w:p>
          <w:p w14:paraId="6C6CD8C4" w14:textId="77777777" w:rsidR="0099337E" w:rsidRPr="003C277C" w:rsidRDefault="0099337E" w:rsidP="00F126C9">
            <w:pPr>
              <w:rPr>
                <w:lang w:val="fr-FR"/>
              </w:rPr>
            </w:pPr>
          </w:p>
        </w:tc>
      </w:tr>
    </w:tbl>
    <w:p w14:paraId="7868863B" w14:textId="77777777" w:rsidR="0099337E" w:rsidRPr="003C277C" w:rsidRDefault="0099337E">
      <w:pPr>
        <w:rPr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00"/>
        <w:gridCol w:w="5100"/>
      </w:tblGrid>
      <w:tr w:rsidR="003F4ADF" w14:paraId="7465E1D4" w14:textId="77777777">
        <w:tc>
          <w:tcPr>
            <w:tcW w:w="5100" w:type="dxa"/>
            <w:vAlign w:val="center"/>
          </w:tcPr>
          <w:p w14:paraId="3300F451" w14:textId="77777777" w:rsidR="003F4ADF" w:rsidRDefault="00600937">
            <w:r>
              <w:rPr>
                <w:b/>
              </w:rPr>
              <w:t xml:space="preserve">Fait </w:t>
            </w:r>
            <w:proofErr w:type="gramStart"/>
            <w:r>
              <w:rPr>
                <w:b/>
              </w:rPr>
              <w:t>à :</w:t>
            </w:r>
            <w:proofErr w:type="gramEnd"/>
          </w:p>
        </w:tc>
        <w:tc>
          <w:tcPr>
            <w:tcW w:w="5100" w:type="dxa"/>
            <w:vAlign w:val="center"/>
          </w:tcPr>
          <w:p w14:paraId="46A99FD7" w14:textId="77777777" w:rsidR="003F4ADF" w:rsidRDefault="003F4ADF"/>
        </w:tc>
      </w:tr>
      <w:tr w:rsidR="003F4ADF" w14:paraId="3D4916F2" w14:textId="77777777">
        <w:tc>
          <w:tcPr>
            <w:tcW w:w="5100" w:type="dxa"/>
            <w:vAlign w:val="center"/>
          </w:tcPr>
          <w:p w14:paraId="03958359" w14:textId="77777777" w:rsidR="003F4ADF" w:rsidRDefault="00600937">
            <w:r>
              <w:rPr>
                <w:b/>
              </w:rPr>
              <w:t>Le :</w:t>
            </w:r>
          </w:p>
        </w:tc>
        <w:tc>
          <w:tcPr>
            <w:tcW w:w="5100" w:type="dxa"/>
            <w:vAlign w:val="center"/>
          </w:tcPr>
          <w:p w14:paraId="19DC8E3A" w14:textId="77777777" w:rsidR="003F4ADF" w:rsidRDefault="003F4ADF"/>
        </w:tc>
      </w:tr>
    </w:tbl>
    <w:p w14:paraId="38020D84" w14:textId="77777777" w:rsidR="003F4ADF" w:rsidRDefault="003F4ADF"/>
    <w:p w14:paraId="41CD655B" w14:textId="77777777" w:rsidR="003F4ADF" w:rsidRPr="00634CF7" w:rsidRDefault="00600937" w:rsidP="00634CF7">
      <w:pPr>
        <w:spacing w:line="240" w:lineRule="auto"/>
        <w:rPr>
          <w:sz w:val="24"/>
          <w:szCs w:val="24"/>
        </w:rPr>
      </w:pPr>
      <w:r w:rsidRPr="00634CF7">
        <w:rPr>
          <w:b/>
          <w:sz w:val="24"/>
          <w:szCs w:val="24"/>
        </w:rPr>
        <w:t>PIÈCES À JOINDRE / TRANSMISSION</w:t>
      </w:r>
    </w:p>
    <w:p w14:paraId="7FB63D2E" w14:textId="77777777" w:rsidR="003F4ADF" w:rsidRPr="00634CF7" w:rsidRDefault="00600937" w:rsidP="00634CF7">
      <w:pPr>
        <w:spacing w:line="240" w:lineRule="auto"/>
        <w:rPr>
          <w:sz w:val="24"/>
          <w:szCs w:val="24"/>
          <w:lang w:val="fr-FR"/>
        </w:rPr>
      </w:pPr>
      <w:r w:rsidRPr="00634CF7">
        <w:rPr>
          <w:sz w:val="24"/>
          <w:szCs w:val="24"/>
          <w:lang w:val="fr-FR"/>
        </w:rPr>
        <w:t>☐ Dossier renseigné de manière précise et détaillée, en format Word modifiable.</w:t>
      </w:r>
    </w:p>
    <w:p w14:paraId="0D5607D9" w14:textId="77777777" w:rsidR="003F4ADF" w:rsidRPr="00634CF7" w:rsidRDefault="00600937" w:rsidP="00634CF7">
      <w:pPr>
        <w:spacing w:line="240" w:lineRule="auto"/>
        <w:rPr>
          <w:sz w:val="24"/>
          <w:szCs w:val="24"/>
          <w:lang w:val="fr-FR"/>
        </w:rPr>
      </w:pPr>
      <w:r w:rsidRPr="00634CF7">
        <w:rPr>
          <w:sz w:val="24"/>
          <w:szCs w:val="24"/>
          <w:lang w:val="fr-FR"/>
        </w:rPr>
        <w:t>☐ Copie lisible de la pièce d’identité : CNI recto/verso, passeport ou carte de séjour.</w:t>
      </w:r>
    </w:p>
    <w:p w14:paraId="3877C64E" w14:textId="77777777" w:rsidR="003F4ADF" w:rsidRPr="00634CF7" w:rsidRDefault="00600937" w:rsidP="00634CF7">
      <w:pPr>
        <w:spacing w:line="240" w:lineRule="auto"/>
        <w:rPr>
          <w:sz w:val="24"/>
          <w:szCs w:val="24"/>
          <w:lang w:val="fr-FR"/>
        </w:rPr>
      </w:pPr>
      <w:r w:rsidRPr="00634CF7">
        <w:rPr>
          <w:sz w:val="24"/>
          <w:szCs w:val="24"/>
          <w:lang w:val="fr-FR"/>
        </w:rPr>
        <w:t>☐ Le cas échéant, extrait d’acte de naissance conforme aux conditions prévues par le dossier.</w:t>
      </w:r>
    </w:p>
    <w:p w14:paraId="65FF7A32" w14:textId="77777777" w:rsidR="003F4ADF" w:rsidRPr="00634CF7" w:rsidRDefault="00600937" w:rsidP="00634CF7">
      <w:pPr>
        <w:spacing w:line="240" w:lineRule="auto"/>
        <w:rPr>
          <w:sz w:val="24"/>
          <w:szCs w:val="24"/>
          <w:lang w:val="fr-FR"/>
        </w:rPr>
      </w:pPr>
      <w:r w:rsidRPr="00634CF7">
        <w:rPr>
          <w:sz w:val="24"/>
          <w:szCs w:val="24"/>
          <w:lang w:val="fr-FR"/>
        </w:rPr>
        <w:t>☐ Vérifier les modalités et adresses de transmission avant envoi.</w:t>
      </w:r>
    </w:p>
    <w:sectPr w:rsidR="003F4ADF" w:rsidRPr="00634CF7" w:rsidSect="00034616"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C277C"/>
    <w:rsid w:val="003F4ADF"/>
    <w:rsid w:val="00600937"/>
    <w:rsid w:val="00634CF7"/>
    <w:rsid w:val="0099337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563D66"/>
  <w14:defaultImageDpi w14:val="300"/>
  <w15:docId w15:val="{FC10B180-C3E6-48A4-B330-A5BF33B8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32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267</Words>
  <Characters>1474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Christelle BEGAY</cp:lastModifiedBy>
  <cp:revision>5</cp:revision>
  <cp:lastPrinted>2026-09-01T09:41:00Z</cp:lastPrinted>
  <dcterms:created xsi:type="dcterms:W3CDTF">2013-12-23T23:15:00Z</dcterms:created>
  <dcterms:modified xsi:type="dcterms:W3CDTF">2026-09-03T07:02:00Z</dcterms:modified>
  <cp:category/>
</cp:coreProperties>
</file>