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06AF" w14:textId="44D759E7" w:rsidR="0029337D" w:rsidRPr="00E021EF" w:rsidRDefault="00AB7F40">
      <w:pPr>
        <w:jc w:val="center"/>
        <w:rPr>
          <w:lang w:val="fr-FR"/>
        </w:rPr>
      </w:pPr>
      <w:r>
        <w:rPr>
          <w:b/>
          <w:noProof/>
          <w:lang w:val="fr-FR"/>
        </w:rPr>
        <w:drawing>
          <wp:anchor distT="0" distB="0" distL="114300" distR="114300" simplePos="0" relativeHeight="251661312" behindDoc="0" locked="0" layoutInCell="1" allowOverlap="1" wp14:anchorId="6688339A" wp14:editId="62EC40E4">
            <wp:simplePos x="0" y="0"/>
            <wp:positionH relativeFrom="column">
              <wp:posOffset>1514</wp:posOffset>
            </wp:positionH>
            <wp:positionV relativeFrom="paragraph">
              <wp:posOffset>-3810</wp:posOffset>
            </wp:positionV>
            <wp:extent cx="1457325" cy="1085215"/>
            <wp:effectExtent l="0" t="0" r="9525" b="63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B4A10BE" wp14:editId="7982B8A1">
            <wp:simplePos x="0" y="0"/>
            <wp:positionH relativeFrom="column">
              <wp:posOffset>5352073</wp:posOffset>
            </wp:positionH>
            <wp:positionV relativeFrom="paragraph">
              <wp:posOffset>10307</wp:posOffset>
            </wp:positionV>
            <wp:extent cx="1329055" cy="762000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21EF">
        <w:rPr>
          <w:rFonts w:ascii="Algerian" w:hAnsi="Algerian"/>
          <w:b/>
          <w:bCs/>
          <w:noProof/>
          <w:sz w:val="20"/>
          <w:szCs w:val="20"/>
          <w:shd w:val="clear" w:color="auto" w:fill="CCCCCC"/>
          <w:lang w:val="fr-FR"/>
        </w:rPr>
        <w:drawing>
          <wp:anchor distT="6350" distB="6350" distL="6350" distR="6350" simplePos="0" relativeHeight="251656192" behindDoc="0" locked="0" layoutInCell="1" allowOverlap="1" wp14:anchorId="2DF24559" wp14:editId="379D5C79">
            <wp:simplePos x="0" y="0"/>
            <wp:positionH relativeFrom="column">
              <wp:posOffset>5380306</wp:posOffset>
            </wp:positionH>
            <wp:positionV relativeFrom="paragraph">
              <wp:posOffset>604032</wp:posOffset>
            </wp:positionV>
            <wp:extent cx="1395730" cy="796925"/>
            <wp:effectExtent l="0" t="0" r="0" b="3175"/>
            <wp:wrapSquare wrapText="bothSides"/>
            <wp:docPr id="18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44E9" w:rsidRPr="00E021EF">
        <w:rPr>
          <w:b/>
          <w:lang w:val="fr-FR"/>
        </w:rPr>
        <w:t>MÉDAILLE DE LA JEUNESSE, DES SPORTS ET DE L’ENGAGEMENT ASSOCIATIF</w:t>
      </w:r>
    </w:p>
    <w:p w14:paraId="30A31477" w14:textId="6C85FB5E" w:rsidR="00AA785B" w:rsidRPr="00E021EF" w:rsidRDefault="004F44E9" w:rsidP="00AA785B">
      <w:pPr>
        <w:jc w:val="center"/>
        <w:rPr>
          <w:lang w:val="fr-FR"/>
        </w:rPr>
      </w:pPr>
      <w:r w:rsidRPr="00E021EF">
        <w:rPr>
          <w:b/>
          <w:lang w:val="fr-FR"/>
        </w:rPr>
        <w:t xml:space="preserve">DOSSIER DE CANDIDATURE </w:t>
      </w:r>
    </w:p>
    <w:p w14:paraId="7B54F850" w14:textId="59A1CCE2" w:rsidR="00AA785B" w:rsidRPr="00E021EF" w:rsidRDefault="00AA785B" w:rsidP="00AA785B">
      <w:pPr>
        <w:jc w:val="center"/>
        <w:rPr>
          <w:lang w:val="fr-FR"/>
        </w:rPr>
      </w:pPr>
      <w:r>
        <w:rPr>
          <w:lang w:val="fr-FR"/>
        </w:rPr>
        <w:t>Promotion</w:t>
      </w:r>
      <w:r w:rsidRPr="00E021EF">
        <w:rPr>
          <w:lang w:val="fr-FR"/>
        </w:rPr>
        <w:t xml:space="preserve"> 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</w:tblGrid>
      <w:tr w:rsidR="00AA785B" w14:paraId="336FF925" w14:textId="77777777" w:rsidTr="00F126C9">
        <w:trPr>
          <w:jc w:val="center"/>
        </w:trPr>
        <w:tc>
          <w:tcPr>
            <w:tcW w:w="3513" w:type="dxa"/>
            <w:shd w:val="clear" w:color="auto" w:fill="D9EAF7"/>
            <w:vAlign w:val="center"/>
          </w:tcPr>
          <w:p w14:paraId="05C70229" w14:textId="2DA75679" w:rsidR="00AA785B" w:rsidRDefault="00AA785B" w:rsidP="00F126C9">
            <w:r>
              <w:rPr>
                <w:b/>
              </w:rPr>
              <w:t xml:space="preserve">☐ </w:t>
            </w:r>
            <w:r w:rsidRPr="00AA785B">
              <w:rPr>
                <w:b/>
                <w:bCs/>
                <w:lang w:val="fr-FR"/>
              </w:rPr>
              <w:t>1er janvier 20____</w:t>
            </w:r>
            <w:r w:rsidRPr="00E021EF">
              <w:rPr>
                <w:lang w:val="fr-FR"/>
              </w:rPr>
              <w:t xml:space="preserve">    </w:t>
            </w:r>
          </w:p>
        </w:tc>
        <w:tc>
          <w:tcPr>
            <w:tcW w:w="3513" w:type="dxa"/>
            <w:shd w:val="clear" w:color="auto" w:fill="D9EAF7"/>
            <w:vAlign w:val="center"/>
          </w:tcPr>
          <w:p w14:paraId="3EAAA45A" w14:textId="1D449A26" w:rsidR="00AA785B" w:rsidRDefault="00AA785B" w:rsidP="00F126C9">
            <w:r>
              <w:rPr>
                <w:b/>
              </w:rPr>
              <w:t xml:space="preserve">☐ </w:t>
            </w:r>
            <w:r w:rsidRPr="00AA785B">
              <w:rPr>
                <w:b/>
                <w:bCs/>
                <w:lang w:val="fr-FR"/>
              </w:rPr>
              <w:t>14 juillet 20____</w:t>
            </w:r>
          </w:p>
        </w:tc>
      </w:tr>
    </w:tbl>
    <w:p w14:paraId="3344ABF7" w14:textId="77777777" w:rsidR="00AA785B" w:rsidRPr="00AA785B" w:rsidRDefault="00AA785B" w:rsidP="00AA785B">
      <w:pPr>
        <w:jc w:val="center"/>
        <w:rPr>
          <w:sz w:val="12"/>
          <w:szCs w:val="12"/>
          <w:lang w:val="fr-FR"/>
        </w:rPr>
      </w:pPr>
    </w:p>
    <w:p w14:paraId="69D62BD4" w14:textId="6BDA5D92" w:rsidR="00AA785B" w:rsidRDefault="00AA785B" w:rsidP="00AA785B">
      <w:pPr>
        <w:jc w:val="center"/>
        <w:rPr>
          <w:lang w:val="fr-FR"/>
        </w:rPr>
      </w:pPr>
      <w:r>
        <w:rPr>
          <w:lang w:val="fr-FR"/>
        </w:rPr>
        <w:t xml:space="preserve">Echelon </w:t>
      </w:r>
      <w:r w:rsidRPr="00E021EF">
        <w:rPr>
          <w:lang w:val="fr-FR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E021EF" w14:paraId="4AC102FD" w14:textId="77777777" w:rsidTr="00F126C9">
        <w:tc>
          <w:tcPr>
            <w:tcW w:w="3513" w:type="dxa"/>
            <w:shd w:val="clear" w:color="auto" w:fill="D9EAF7"/>
            <w:vAlign w:val="center"/>
          </w:tcPr>
          <w:p w14:paraId="333B1E62" w14:textId="77777777" w:rsidR="00E021EF" w:rsidRDefault="00E021EF" w:rsidP="00F126C9">
            <w:r>
              <w:rPr>
                <w:b/>
              </w:rPr>
              <w:t>☐ Bronze</w:t>
            </w:r>
          </w:p>
        </w:tc>
        <w:tc>
          <w:tcPr>
            <w:tcW w:w="3513" w:type="dxa"/>
            <w:shd w:val="clear" w:color="auto" w:fill="D9EAF7"/>
            <w:vAlign w:val="center"/>
          </w:tcPr>
          <w:p w14:paraId="7E0955D0" w14:textId="77777777" w:rsidR="00E021EF" w:rsidRDefault="00E021EF" w:rsidP="00F126C9">
            <w:r>
              <w:rPr>
                <w:b/>
              </w:rPr>
              <w:t>☐ Argent</w:t>
            </w:r>
          </w:p>
        </w:tc>
        <w:tc>
          <w:tcPr>
            <w:tcW w:w="3513" w:type="dxa"/>
            <w:shd w:val="clear" w:color="auto" w:fill="D9EAF7"/>
            <w:vAlign w:val="center"/>
          </w:tcPr>
          <w:p w14:paraId="472DFFF4" w14:textId="77777777" w:rsidR="00E021EF" w:rsidRDefault="00E021EF" w:rsidP="00F126C9">
            <w:r>
              <w:rPr>
                <w:b/>
              </w:rPr>
              <w:t>☐ Or</w:t>
            </w:r>
          </w:p>
        </w:tc>
      </w:tr>
    </w:tbl>
    <w:p w14:paraId="391CC53C" w14:textId="77777777" w:rsidR="00E021EF" w:rsidRPr="00AA785B" w:rsidRDefault="00E021EF" w:rsidP="00E021EF">
      <w:pPr>
        <w:rPr>
          <w:sz w:val="12"/>
          <w:szCs w:val="12"/>
          <w:lang w:val="fr-FR"/>
        </w:rPr>
      </w:pPr>
    </w:p>
    <w:p w14:paraId="16C95B16" w14:textId="77777777" w:rsidR="00E021EF" w:rsidRPr="00E021EF" w:rsidRDefault="004F44E9">
      <w:pPr>
        <w:jc w:val="center"/>
        <w:rPr>
          <w:lang w:val="fr-FR"/>
        </w:rPr>
      </w:pPr>
      <w:r w:rsidRPr="00E021EF">
        <w:rPr>
          <w:lang w:val="fr-FR"/>
        </w:rPr>
        <w:t xml:space="preserve">Contingent 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476"/>
        <w:gridCol w:w="5220"/>
      </w:tblGrid>
      <w:tr w:rsidR="00E021EF" w14:paraId="6DC1715C" w14:textId="77777777" w:rsidTr="00CE73AA">
        <w:trPr>
          <w:jc w:val="center"/>
        </w:trPr>
        <w:tc>
          <w:tcPr>
            <w:tcW w:w="5476" w:type="dxa"/>
            <w:shd w:val="clear" w:color="auto" w:fill="D9EAF7"/>
            <w:vAlign w:val="center"/>
          </w:tcPr>
          <w:p w14:paraId="45B81F40" w14:textId="29050601" w:rsidR="00E021EF" w:rsidRDefault="00E021EF" w:rsidP="00F126C9">
            <w:r>
              <w:rPr>
                <w:b/>
              </w:rPr>
              <w:t xml:space="preserve">☐ </w:t>
            </w:r>
            <w:proofErr w:type="spellStart"/>
            <w:r w:rsidRPr="00E021EF">
              <w:rPr>
                <w:b/>
              </w:rPr>
              <w:t>Régional</w:t>
            </w:r>
            <w:proofErr w:type="spellEnd"/>
            <w:r w:rsidRPr="00E021EF">
              <w:rPr>
                <w:b/>
              </w:rPr>
              <w:t xml:space="preserve"> (Nouvelle-</w:t>
            </w:r>
            <w:proofErr w:type="gramStart"/>
            <w:r w:rsidRPr="00E021EF">
              <w:rPr>
                <w:b/>
              </w:rPr>
              <w:t xml:space="preserve">Aquitaine)   </w:t>
            </w:r>
            <w:proofErr w:type="gramEnd"/>
            <w:r w:rsidRPr="00E021EF">
              <w:rPr>
                <w:b/>
              </w:rPr>
              <w:t xml:space="preserve"> </w:t>
            </w:r>
          </w:p>
        </w:tc>
        <w:tc>
          <w:tcPr>
            <w:tcW w:w="5220" w:type="dxa"/>
            <w:shd w:val="clear" w:color="auto" w:fill="D9EAF7"/>
            <w:vAlign w:val="center"/>
          </w:tcPr>
          <w:p w14:paraId="4393C64C" w14:textId="4271ED6F" w:rsidR="00E021EF" w:rsidRDefault="00E021EF" w:rsidP="00F126C9">
            <w:r>
              <w:rPr>
                <w:b/>
              </w:rPr>
              <w:t xml:space="preserve">☐ </w:t>
            </w:r>
            <w:r w:rsidRPr="00E021EF">
              <w:rPr>
                <w:b/>
                <w:bCs/>
                <w:lang w:val="fr-FR"/>
              </w:rPr>
              <w:t>Départemental (Gironde)</w:t>
            </w:r>
          </w:p>
        </w:tc>
      </w:tr>
    </w:tbl>
    <w:p w14:paraId="2B62DF59" w14:textId="7157EA03" w:rsidR="0029337D" w:rsidRPr="00E021EF" w:rsidRDefault="0029337D" w:rsidP="00E021EF">
      <w:pPr>
        <w:rPr>
          <w:lang w:val="fr-FR"/>
        </w:rPr>
      </w:pPr>
    </w:p>
    <w:p w14:paraId="0B1F1E45" w14:textId="77777777" w:rsidR="0029337D" w:rsidRPr="004F44E9" w:rsidRDefault="004F44E9">
      <w:pPr>
        <w:rPr>
          <w:sz w:val="28"/>
          <w:szCs w:val="28"/>
          <w:u w:val="single"/>
        </w:rPr>
      </w:pPr>
      <w:r w:rsidRPr="004F44E9">
        <w:rPr>
          <w:b/>
          <w:sz w:val="28"/>
          <w:szCs w:val="28"/>
          <w:u w:val="single"/>
        </w:rPr>
        <w:t>CORRESPONDANTS / ADRESSES DE TRANSMISSION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29337D" w14:paraId="12DC32E4" w14:textId="77777777">
        <w:trPr>
          <w:jc w:val="center"/>
        </w:trPr>
        <w:tc>
          <w:tcPr>
            <w:tcW w:w="5270" w:type="dxa"/>
            <w:shd w:val="clear" w:color="auto" w:fill="D9EAF7"/>
            <w:vAlign w:val="center"/>
          </w:tcPr>
          <w:p w14:paraId="43D8F4BD" w14:textId="77777777" w:rsidR="0029337D" w:rsidRDefault="004F44E9">
            <w:r>
              <w:rPr>
                <w:b/>
              </w:rPr>
              <w:t>Service / correspondant</w:t>
            </w:r>
          </w:p>
        </w:tc>
        <w:tc>
          <w:tcPr>
            <w:tcW w:w="5270" w:type="dxa"/>
            <w:shd w:val="clear" w:color="auto" w:fill="D9EAF7"/>
            <w:vAlign w:val="center"/>
          </w:tcPr>
          <w:p w14:paraId="7531CEEC" w14:textId="77777777" w:rsidR="0029337D" w:rsidRDefault="004F44E9">
            <w:r>
              <w:rPr>
                <w:b/>
              </w:rPr>
              <w:t>Adresse électronique</w:t>
            </w:r>
          </w:p>
        </w:tc>
      </w:tr>
      <w:tr w:rsidR="00AA785B" w:rsidRPr="00E021EF" w14:paraId="0BF7C658" w14:textId="77777777">
        <w:trPr>
          <w:jc w:val="center"/>
        </w:trPr>
        <w:tc>
          <w:tcPr>
            <w:tcW w:w="5270" w:type="dxa"/>
            <w:vAlign w:val="center"/>
          </w:tcPr>
          <w:p w14:paraId="249911BF" w14:textId="54A8D433" w:rsidR="00AA785B" w:rsidRPr="00E021EF" w:rsidRDefault="00AA785B" w:rsidP="00AA785B">
            <w:pPr>
              <w:rPr>
                <w:lang w:val="fr-FR"/>
              </w:rPr>
            </w:pPr>
            <w:proofErr w:type="spellStart"/>
            <w:r>
              <w:t>Comité</w:t>
            </w:r>
            <w:proofErr w:type="spellEnd"/>
            <w:r>
              <w:t xml:space="preserve"> des </w:t>
            </w:r>
            <w:proofErr w:type="spellStart"/>
            <w:r>
              <w:t>Médailles</w:t>
            </w:r>
            <w:proofErr w:type="spellEnd"/>
            <w:r>
              <w:t xml:space="preserve"> 33</w:t>
            </w:r>
          </w:p>
        </w:tc>
        <w:tc>
          <w:tcPr>
            <w:tcW w:w="5270" w:type="dxa"/>
            <w:vAlign w:val="center"/>
          </w:tcPr>
          <w:p w14:paraId="1F4A99B7" w14:textId="2FDB2D6A" w:rsidR="00AA785B" w:rsidRPr="00AA785B" w:rsidRDefault="00AA785B" w:rsidP="00AA785B">
            <w:pPr>
              <w:rPr>
                <w:b/>
                <w:bCs/>
                <w:color w:val="FF0000"/>
                <w:lang w:val="fr-FR"/>
              </w:rPr>
            </w:pPr>
            <w:r w:rsidRPr="00AA785B">
              <w:rPr>
                <w:b/>
                <w:bCs/>
              </w:rPr>
              <w:t>contact@cdmjsea33.fr</w:t>
            </w:r>
          </w:p>
        </w:tc>
      </w:tr>
      <w:tr w:rsidR="00AA785B" w:rsidRPr="00E021EF" w14:paraId="367ADB6E" w14:textId="77777777">
        <w:trPr>
          <w:jc w:val="center"/>
        </w:trPr>
        <w:tc>
          <w:tcPr>
            <w:tcW w:w="5270" w:type="dxa"/>
            <w:vAlign w:val="center"/>
          </w:tcPr>
          <w:p w14:paraId="3B80CEAC" w14:textId="48865CF6" w:rsidR="00AA785B" w:rsidRPr="00E021EF" w:rsidRDefault="00AA785B" w:rsidP="00AA785B">
            <w:pPr>
              <w:rPr>
                <w:lang w:val="fr-FR"/>
              </w:rPr>
            </w:pPr>
            <w:proofErr w:type="spellStart"/>
            <w:r>
              <w:t>Comité</w:t>
            </w:r>
            <w:proofErr w:type="spellEnd"/>
            <w:r>
              <w:t xml:space="preserve"> des </w:t>
            </w:r>
            <w:proofErr w:type="spellStart"/>
            <w:r>
              <w:t>Médailles</w:t>
            </w:r>
            <w:proofErr w:type="spellEnd"/>
            <w:r>
              <w:t xml:space="preserve"> 33</w:t>
            </w:r>
          </w:p>
        </w:tc>
        <w:tc>
          <w:tcPr>
            <w:tcW w:w="5270" w:type="dxa"/>
            <w:vAlign w:val="center"/>
          </w:tcPr>
          <w:p w14:paraId="578578DF" w14:textId="69ACDD16" w:rsidR="00AA785B" w:rsidRPr="00AA785B" w:rsidRDefault="00AA785B" w:rsidP="00AA785B">
            <w:pPr>
              <w:rPr>
                <w:b/>
                <w:bCs/>
                <w:color w:val="FF0000"/>
                <w:lang w:val="fr-FR"/>
              </w:rPr>
            </w:pPr>
            <w:r w:rsidRPr="00AA785B">
              <w:rPr>
                <w:b/>
                <w:bCs/>
              </w:rPr>
              <w:t>mjsea.lr@gmail.com</w:t>
            </w:r>
          </w:p>
        </w:tc>
      </w:tr>
      <w:tr w:rsidR="00AA785B" w:rsidRPr="00AB7F40" w14:paraId="6421E801" w14:textId="77777777">
        <w:trPr>
          <w:jc w:val="center"/>
        </w:trPr>
        <w:tc>
          <w:tcPr>
            <w:tcW w:w="5270" w:type="dxa"/>
            <w:vAlign w:val="center"/>
          </w:tcPr>
          <w:p w14:paraId="2240CB54" w14:textId="63E07FA2" w:rsidR="00AA785B" w:rsidRPr="00AB7F40" w:rsidRDefault="00AA785B" w:rsidP="00AA785B">
            <w:pPr>
              <w:rPr>
                <w:sz w:val="24"/>
                <w:szCs w:val="24"/>
                <w:lang w:val="fr-FR"/>
              </w:rPr>
            </w:pPr>
            <w:r w:rsidRPr="00AB7F40">
              <w:rPr>
                <w:sz w:val="24"/>
                <w:szCs w:val="24"/>
                <w:lang w:val="fr-FR"/>
              </w:rPr>
              <w:t>SDJES Pôle sport – Gestionnaire Distinctions Honorifiques – Christelle BEGAY (Gironde)</w:t>
            </w:r>
          </w:p>
        </w:tc>
        <w:tc>
          <w:tcPr>
            <w:tcW w:w="5270" w:type="dxa"/>
            <w:vAlign w:val="center"/>
          </w:tcPr>
          <w:p w14:paraId="2AC50A1E" w14:textId="6601C4C7" w:rsidR="00AA785B" w:rsidRPr="00AB7F40" w:rsidRDefault="00AB7F40" w:rsidP="00AA785B">
            <w:pPr>
              <w:rPr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AB7F40">
              <w:rPr>
                <w:b/>
                <w:bCs/>
                <w:color w:val="000000" w:themeColor="text1"/>
                <w:sz w:val="28"/>
                <w:szCs w:val="28"/>
                <w:lang w:val="fr-FR"/>
              </w:rPr>
              <w:t>Christelle.begay@ac-bordeaux.fr</w:t>
            </w:r>
          </w:p>
        </w:tc>
      </w:tr>
      <w:tr w:rsidR="00AA785B" w:rsidRPr="00AB7F40" w14:paraId="23FB769A" w14:textId="77777777" w:rsidTr="00AA785B">
        <w:trPr>
          <w:trHeight w:val="90"/>
          <w:jc w:val="center"/>
        </w:trPr>
        <w:tc>
          <w:tcPr>
            <w:tcW w:w="5270" w:type="dxa"/>
            <w:vAlign w:val="center"/>
          </w:tcPr>
          <w:p w14:paraId="03CE56AB" w14:textId="476DA5AB" w:rsidR="00AA785B" w:rsidRPr="00AB7F40" w:rsidRDefault="00AA785B" w:rsidP="00AA785B">
            <w:pPr>
              <w:rPr>
                <w:sz w:val="24"/>
                <w:szCs w:val="24"/>
                <w:lang w:val="fr-FR"/>
              </w:rPr>
            </w:pPr>
            <w:r w:rsidRPr="00AB7F40">
              <w:rPr>
                <w:sz w:val="24"/>
                <w:szCs w:val="24"/>
                <w:lang w:val="fr-FR"/>
              </w:rPr>
              <w:t>DRAJES – Gestionnaire Distinctions Honorifiques – Hafida SAHDI</w:t>
            </w:r>
          </w:p>
        </w:tc>
        <w:tc>
          <w:tcPr>
            <w:tcW w:w="5270" w:type="dxa"/>
            <w:vAlign w:val="center"/>
          </w:tcPr>
          <w:p w14:paraId="1DDF8B9B" w14:textId="038651D2" w:rsidR="00AA785B" w:rsidRPr="00AB7F40" w:rsidRDefault="00AA785B" w:rsidP="00AA785B">
            <w:pPr>
              <w:rPr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AB7F40">
              <w:rPr>
                <w:b/>
                <w:bCs/>
                <w:color w:val="000000" w:themeColor="text1"/>
                <w:sz w:val="28"/>
                <w:szCs w:val="28"/>
                <w:lang w:val="fr-FR"/>
              </w:rPr>
              <w:t>hafida.sahdi@region-academique-nouvelle-aquitaine.fr</w:t>
            </w:r>
          </w:p>
        </w:tc>
      </w:tr>
    </w:tbl>
    <w:p w14:paraId="4C32802E" w14:textId="6B4747D1" w:rsidR="00E021EF" w:rsidRDefault="00E021EF">
      <w:pPr>
        <w:rPr>
          <w:b/>
          <w:sz w:val="28"/>
          <w:szCs w:val="28"/>
          <w:lang w:val="fr-FR"/>
        </w:rPr>
      </w:pPr>
    </w:p>
    <w:p w14:paraId="289B11F7" w14:textId="77777777" w:rsidR="004F44E9" w:rsidRPr="00CE73AA" w:rsidRDefault="004F44E9">
      <w:pPr>
        <w:rPr>
          <w:b/>
          <w:sz w:val="28"/>
          <w:szCs w:val="28"/>
          <w:lang w:val="fr-FR"/>
        </w:rPr>
      </w:pPr>
    </w:p>
    <w:p w14:paraId="3A8C8B5E" w14:textId="076BC35D" w:rsidR="0029337D" w:rsidRPr="00CE73AA" w:rsidRDefault="004F44E9">
      <w:pPr>
        <w:rPr>
          <w:u w:val="single"/>
          <w:lang w:val="fr-FR"/>
        </w:rPr>
      </w:pPr>
      <w:r w:rsidRPr="00CE73AA">
        <w:rPr>
          <w:b/>
          <w:sz w:val="28"/>
          <w:szCs w:val="28"/>
          <w:lang w:val="fr-FR"/>
        </w:rPr>
        <w:t xml:space="preserve">I – </w:t>
      </w:r>
      <w:r w:rsidRPr="00CE73AA">
        <w:rPr>
          <w:b/>
          <w:sz w:val="28"/>
          <w:szCs w:val="28"/>
          <w:u w:val="single"/>
          <w:lang w:val="fr-FR"/>
        </w:rPr>
        <w:t>RENSEIGNEMENTS</w:t>
      </w:r>
      <w:r w:rsidRPr="00CE73AA">
        <w:rPr>
          <w:b/>
          <w:u w:val="single"/>
          <w:lang w:val="fr-FR"/>
        </w:rPr>
        <w:t xml:space="preserve"> CONCERNANT LE(LA) CANDIDAT(E)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29337D" w14:paraId="58AD500B" w14:textId="77777777">
        <w:tc>
          <w:tcPr>
            <w:tcW w:w="5270" w:type="dxa"/>
            <w:shd w:val="clear" w:color="auto" w:fill="D9EAF7"/>
            <w:vAlign w:val="center"/>
          </w:tcPr>
          <w:p w14:paraId="3CCB6E17" w14:textId="77777777" w:rsidR="0029337D" w:rsidRDefault="004F44E9">
            <w:proofErr w:type="spellStart"/>
            <w:r>
              <w:rPr>
                <w:b/>
              </w:rPr>
              <w:t>Civilité</w:t>
            </w:r>
            <w:proofErr w:type="spellEnd"/>
          </w:p>
        </w:tc>
        <w:tc>
          <w:tcPr>
            <w:tcW w:w="5270" w:type="dxa"/>
            <w:vAlign w:val="center"/>
          </w:tcPr>
          <w:p w14:paraId="634B3E99" w14:textId="77777777" w:rsidR="0029337D" w:rsidRDefault="004F44E9">
            <w:r>
              <w:t>☐ Madame   ☐ Monsieur</w:t>
            </w:r>
          </w:p>
        </w:tc>
      </w:tr>
      <w:tr w:rsidR="0029337D" w14:paraId="497F15CE" w14:textId="77777777">
        <w:tc>
          <w:tcPr>
            <w:tcW w:w="5270" w:type="dxa"/>
            <w:shd w:val="clear" w:color="auto" w:fill="D9EAF7"/>
            <w:vAlign w:val="center"/>
          </w:tcPr>
          <w:p w14:paraId="0BE49562" w14:textId="77777777" w:rsidR="0029337D" w:rsidRDefault="004F44E9">
            <w:r>
              <w:rPr>
                <w:b/>
              </w:rPr>
              <w:t>NOM</w:t>
            </w:r>
          </w:p>
        </w:tc>
        <w:tc>
          <w:tcPr>
            <w:tcW w:w="5270" w:type="dxa"/>
            <w:vAlign w:val="center"/>
          </w:tcPr>
          <w:p w14:paraId="5B438CD8" w14:textId="77777777" w:rsidR="0029337D" w:rsidRDefault="0029337D"/>
        </w:tc>
      </w:tr>
      <w:tr w:rsidR="0029337D" w14:paraId="40999D33" w14:textId="77777777">
        <w:tc>
          <w:tcPr>
            <w:tcW w:w="5270" w:type="dxa"/>
            <w:shd w:val="clear" w:color="auto" w:fill="D9EAF7"/>
            <w:vAlign w:val="center"/>
          </w:tcPr>
          <w:p w14:paraId="2B7469C9" w14:textId="09ACFB0E" w:rsidR="0029337D" w:rsidRDefault="004F44E9">
            <w:r>
              <w:rPr>
                <w:b/>
              </w:rPr>
              <w:t xml:space="preserve">Nom de </w:t>
            </w:r>
            <w:r w:rsidR="00E021EF">
              <w:rPr>
                <w:b/>
              </w:rPr>
              <w:t>NAISSANCE</w:t>
            </w:r>
          </w:p>
        </w:tc>
        <w:tc>
          <w:tcPr>
            <w:tcW w:w="5270" w:type="dxa"/>
            <w:vAlign w:val="center"/>
          </w:tcPr>
          <w:p w14:paraId="2C0B17B7" w14:textId="77777777" w:rsidR="0029337D" w:rsidRDefault="0029337D"/>
        </w:tc>
      </w:tr>
      <w:tr w:rsidR="0029337D" w14:paraId="3866370D" w14:textId="77777777">
        <w:tc>
          <w:tcPr>
            <w:tcW w:w="5270" w:type="dxa"/>
            <w:shd w:val="clear" w:color="auto" w:fill="D9EAF7"/>
            <w:vAlign w:val="center"/>
          </w:tcPr>
          <w:p w14:paraId="60307F92" w14:textId="77777777" w:rsidR="0029337D" w:rsidRDefault="004F44E9">
            <w:r>
              <w:rPr>
                <w:b/>
              </w:rPr>
              <w:t>Prénom(s)</w:t>
            </w:r>
          </w:p>
        </w:tc>
        <w:tc>
          <w:tcPr>
            <w:tcW w:w="5270" w:type="dxa"/>
            <w:vAlign w:val="center"/>
          </w:tcPr>
          <w:p w14:paraId="3F9B0045" w14:textId="4627BB2A" w:rsidR="0029337D" w:rsidRDefault="0029337D"/>
        </w:tc>
      </w:tr>
      <w:tr w:rsidR="0029337D" w:rsidRPr="00AB7F40" w14:paraId="040B20C3" w14:textId="77777777">
        <w:tc>
          <w:tcPr>
            <w:tcW w:w="5270" w:type="dxa"/>
            <w:shd w:val="clear" w:color="auto" w:fill="D9EAF7"/>
            <w:vAlign w:val="center"/>
          </w:tcPr>
          <w:p w14:paraId="445ABB59" w14:textId="178AAC44" w:rsidR="0029337D" w:rsidRPr="00E021EF" w:rsidRDefault="004F44E9">
            <w:pPr>
              <w:rPr>
                <w:lang w:val="fr-FR"/>
              </w:rPr>
            </w:pPr>
            <w:r w:rsidRPr="00E021EF">
              <w:rPr>
                <w:b/>
                <w:lang w:val="fr-FR"/>
              </w:rPr>
              <w:t>Date de naissance</w:t>
            </w:r>
            <w:r w:rsidR="00E021EF" w:rsidRPr="00E021EF">
              <w:rPr>
                <w:b/>
                <w:lang w:val="fr-FR"/>
              </w:rPr>
              <w:t xml:space="preserve"> </w:t>
            </w:r>
            <w:r w:rsidR="00E021EF">
              <w:rPr>
                <w:b/>
                <w:lang w:val="fr-FR"/>
              </w:rPr>
              <w:t>jj/mm/</w:t>
            </w:r>
            <w:proofErr w:type="spellStart"/>
            <w:r w:rsidR="00E021EF">
              <w:rPr>
                <w:b/>
                <w:lang w:val="fr-FR"/>
              </w:rPr>
              <w:t>aaaa</w:t>
            </w:r>
            <w:proofErr w:type="spellEnd"/>
          </w:p>
        </w:tc>
        <w:tc>
          <w:tcPr>
            <w:tcW w:w="5270" w:type="dxa"/>
            <w:vAlign w:val="center"/>
          </w:tcPr>
          <w:p w14:paraId="67D22610" w14:textId="77777777" w:rsidR="0029337D" w:rsidRPr="00E021EF" w:rsidRDefault="0029337D">
            <w:pPr>
              <w:rPr>
                <w:lang w:val="fr-FR"/>
              </w:rPr>
            </w:pPr>
          </w:p>
        </w:tc>
      </w:tr>
      <w:tr w:rsidR="0029337D" w14:paraId="6AB7DB91" w14:textId="77777777">
        <w:tc>
          <w:tcPr>
            <w:tcW w:w="5270" w:type="dxa"/>
            <w:shd w:val="clear" w:color="auto" w:fill="D9EAF7"/>
            <w:vAlign w:val="center"/>
          </w:tcPr>
          <w:p w14:paraId="39F4905D" w14:textId="77777777" w:rsidR="0029337D" w:rsidRDefault="004F44E9">
            <w:r>
              <w:rPr>
                <w:b/>
              </w:rPr>
              <w:t>Lieu de naissance</w:t>
            </w:r>
          </w:p>
        </w:tc>
        <w:tc>
          <w:tcPr>
            <w:tcW w:w="5270" w:type="dxa"/>
            <w:vAlign w:val="center"/>
          </w:tcPr>
          <w:p w14:paraId="76530A1C" w14:textId="77777777" w:rsidR="0029337D" w:rsidRDefault="0029337D"/>
        </w:tc>
      </w:tr>
      <w:tr w:rsidR="0029337D" w14:paraId="3FB3DED5" w14:textId="77777777">
        <w:tc>
          <w:tcPr>
            <w:tcW w:w="5270" w:type="dxa"/>
            <w:shd w:val="clear" w:color="auto" w:fill="D9EAF7"/>
            <w:vAlign w:val="center"/>
          </w:tcPr>
          <w:p w14:paraId="2A6F2C35" w14:textId="77777777" w:rsidR="0029337D" w:rsidRDefault="004F44E9">
            <w:r>
              <w:rPr>
                <w:b/>
              </w:rPr>
              <w:t>N° département de naissance</w:t>
            </w:r>
          </w:p>
        </w:tc>
        <w:tc>
          <w:tcPr>
            <w:tcW w:w="5270" w:type="dxa"/>
            <w:vAlign w:val="center"/>
          </w:tcPr>
          <w:p w14:paraId="05FFC1A1" w14:textId="77777777" w:rsidR="0029337D" w:rsidRDefault="0029337D"/>
        </w:tc>
      </w:tr>
      <w:tr w:rsidR="0029337D" w14:paraId="3A63176E" w14:textId="77777777">
        <w:tc>
          <w:tcPr>
            <w:tcW w:w="5270" w:type="dxa"/>
            <w:shd w:val="clear" w:color="auto" w:fill="D9EAF7"/>
            <w:vAlign w:val="center"/>
          </w:tcPr>
          <w:p w14:paraId="727864B2" w14:textId="77777777" w:rsidR="0029337D" w:rsidRDefault="004F44E9">
            <w:r>
              <w:rPr>
                <w:b/>
              </w:rPr>
              <w:lastRenderedPageBreak/>
              <w:t>Nationalité</w:t>
            </w:r>
          </w:p>
        </w:tc>
        <w:tc>
          <w:tcPr>
            <w:tcW w:w="5270" w:type="dxa"/>
            <w:vAlign w:val="center"/>
          </w:tcPr>
          <w:p w14:paraId="0FBC0045" w14:textId="77777777" w:rsidR="0029337D" w:rsidRDefault="0029337D"/>
        </w:tc>
      </w:tr>
      <w:tr w:rsidR="0029337D" w:rsidRPr="00AB7F40" w14:paraId="462FEB31" w14:textId="77777777">
        <w:tc>
          <w:tcPr>
            <w:tcW w:w="5270" w:type="dxa"/>
            <w:shd w:val="clear" w:color="auto" w:fill="D9EAF7"/>
            <w:vAlign w:val="center"/>
          </w:tcPr>
          <w:p w14:paraId="0686B1ED" w14:textId="77777777" w:rsidR="0029337D" w:rsidRPr="00E021EF" w:rsidRDefault="004F44E9">
            <w:pPr>
              <w:rPr>
                <w:lang w:val="fr-FR"/>
              </w:rPr>
            </w:pPr>
            <w:r w:rsidRPr="00E021EF">
              <w:rPr>
                <w:b/>
                <w:lang w:val="fr-FR"/>
              </w:rPr>
              <w:t>Profession / ancienne profession si retraité(e)</w:t>
            </w:r>
          </w:p>
        </w:tc>
        <w:tc>
          <w:tcPr>
            <w:tcW w:w="5270" w:type="dxa"/>
            <w:vAlign w:val="center"/>
          </w:tcPr>
          <w:p w14:paraId="78649834" w14:textId="77777777" w:rsidR="0029337D" w:rsidRPr="00E021EF" w:rsidRDefault="0029337D">
            <w:pPr>
              <w:rPr>
                <w:lang w:val="fr-FR"/>
              </w:rPr>
            </w:pPr>
          </w:p>
        </w:tc>
      </w:tr>
      <w:tr w:rsidR="0029337D" w14:paraId="48381A63" w14:textId="77777777">
        <w:tc>
          <w:tcPr>
            <w:tcW w:w="5270" w:type="dxa"/>
            <w:shd w:val="clear" w:color="auto" w:fill="D9EAF7"/>
            <w:vAlign w:val="center"/>
          </w:tcPr>
          <w:p w14:paraId="375E8AA5" w14:textId="77777777" w:rsidR="0029337D" w:rsidRDefault="004F44E9">
            <w:r>
              <w:rPr>
                <w:b/>
              </w:rPr>
              <w:t>Fonctionnaire</w:t>
            </w:r>
          </w:p>
        </w:tc>
        <w:tc>
          <w:tcPr>
            <w:tcW w:w="5270" w:type="dxa"/>
            <w:vAlign w:val="center"/>
          </w:tcPr>
          <w:p w14:paraId="40F9BF99" w14:textId="77777777" w:rsidR="0029337D" w:rsidRDefault="004F44E9">
            <w:r>
              <w:t>☐ Oui   ☐ Non</w:t>
            </w:r>
          </w:p>
        </w:tc>
      </w:tr>
      <w:tr w:rsidR="0029337D" w14:paraId="65A36451" w14:textId="77777777">
        <w:tc>
          <w:tcPr>
            <w:tcW w:w="5270" w:type="dxa"/>
            <w:shd w:val="clear" w:color="auto" w:fill="D9EAF7"/>
            <w:vAlign w:val="center"/>
          </w:tcPr>
          <w:p w14:paraId="2B591E95" w14:textId="77777777" w:rsidR="0029337D" w:rsidRDefault="004F44E9">
            <w:r>
              <w:rPr>
                <w:b/>
              </w:rPr>
              <w:t>Adresse complète</w:t>
            </w:r>
          </w:p>
        </w:tc>
        <w:tc>
          <w:tcPr>
            <w:tcW w:w="5270" w:type="dxa"/>
            <w:vAlign w:val="center"/>
          </w:tcPr>
          <w:p w14:paraId="14F71312" w14:textId="77777777" w:rsidR="0029337D" w:rsidRDefault="0029337D"/>
        </w:tc>
      </w:tr>
      <w:tr w:rsidR="0029337D" w14:paraId="128A4BBE" w14:textId="77777777">
        <w:tc>
          <w:tcPr>
            <w:tcW w:w="5270" w:type="dxa"/>
            <w:shd w:val="clear" w:color="auto" w:fill="D9EAF7"/>
            <w:vAlign w:val="center"/>
          </w:tcPr>
          <w:p w14:paraId="484C5BE8" w14:textId="77777777" w:rsidR="0029337D" w:rsidRDefault="004F44E9">
            <w:r>
              <w:rPr>
                <w:b/>
              </w:rPr>
              <w:t>Code postal</w:t>
            </w:r>
          </w:p>
        </w:tc>
        <w:tc>
          <w:tcPr>
            <w:tcW w:w="5270" w:type="dxa"/>
            <w:vAlign w:val="center"/>
          </w:tcPr>
          <w:p w14:paraId="346E9D03" w14:textId="77777777" w:rsidR="0029337D" w:rsidRDefault="0029337D"/>
        </w:tc>
      </w:tr>
      <w:tr w:rsidR="0029337D" w14:paraId="00A23DAD" w14:textId="77777777">
        <w:tc>
          <w:tcPr>
            <w:tcW w:w="5270" w:type="dxa"/>
            <w:shd w:val="clear" w:color="auto" w:fill="D9EAF7"/>
            <w:vAlign w:val="center"/>
          </w:tcPr>
          <w:p w14:paraId="5E886EB8" w14:textId="77777777" w:rsidR="0029337D" w:rsidRDefault="004F44E9">
            <w:r>
              <w:rPr>
                <w:b/>
              </w:rPr>
              <w:t>Commune</w:t>
            </w:r>
          </w:p>
        </w:tc>
        <w:tc>
          <w:tcPr>
            <w:tcW w:w="5270" w:type="dxa"/>
            <w:vAlign w:val="center"/>
          </w:tcPr>
          <w:p w14:paraId="330C799D" w14:textId="77777777" w:rsidR="0029337D" w:rsidRDefault="0029337D"/>
        </w:tc>
      </w:tr>
      <w:tr w:rsidR="0029337D" w14:paraId="4AC6C305" w14:textId="77777777">
        <w:tc>
          <w:tcPr>
            <w:tcW w:w="5270" w:type="dxa"/>
            <w:shd w:val="clear" w:color="auto" w:fill="D9EAF7"/>
            <w:vAlign w:val="center"/>
          </w:tcPr>
          <w:p w14:paraId="6B24CDD1" w14:textId="77777777" w:rsidR="0029337D" w:rsidRDefault="004F44E9">
            <w:r>
              <w:rPr>
                <w:b/>
              </w:rPr>
              <w:t>Téléphone obligatoire</w:t>
            </w:r>
          </w:p>
        </w:tc>
        <w:tc>
          <w:tcPr>
            <w:tcW w:w="5270" w:type="dxa"/>
            <w:vAlign w:val="center"/>
          </w:tcPr>
          <w:p w14:paraId="7DF8BF10" w14:textId="77777777" w:rsidR="0029337D" w:rsidRDefault="0029337D"/>
        </w:tc>
      </w:tr>
      <w:tr w:rsidR="0029337D" w14:paraId="5DD3A259" w14:textId="77777777">
        <w:tc>
          <w:tcPr>
            <w:tcW w:w="5270" w:type="dxa"/>
            <w:shd w:val="clear" w:color="auto" w:fill="D9EAF7"/>
            <w:vAlign w:val="center"/>
          </w:tcPr>
          <w:p w14:paraId="46347A8C" w14:textId="77777777" w:rsidR="0029337D" w:rsidRDefault="004F44E9">
            <w:r>
              <w:rPr>
                <w:b/>
              </w:rPr>
              <w:t>Courriel obligatoire pour invitation</w:t>
            </w:r>
          </w:p>
        </w:tc>
        <w:tc>
          <w:tcPr>
            <w:tcW w:w="5270" w:type="dxa"/>
            <w:vAlign w:val="center"/>
          </w:tcPr>
          <w:p w14:paraId="664E1DA1" w14:textId="77777777" w:rsidR="0029337D" w:rsidRDefault="0029337D"/>
        </w:tc>
      </w:tr>
      <w:tr w:rsidR="0029337D" w14:paraId="6D8E202F" w14:textId="77777777">
        <w:tc>
          <w:tcPr>
            <w:tcW w:w="5270" w:type="dxa"/>
            <w:shd w:val="clear" w:color="auto" w:fill="D9EAF7"/>
            <w:vAlign w:val="center"/>
          </w:tcPr>
          <w:p w14:paraId="1B0809A6" w14:textId="77777777" w:rsidR="0029337D" w:rsidRDefault="004F44E9">
            <w:r>
              <w:rPr>
                <w:b/>
              </w:rPr>
              <w:t>Nom de l’association</w:t>
            </w:r>
          </w:p>
        </w:tc>
        <w:tc>
          <w:tcPr>
            <w:tcW w:w="5270" w:type="dxa"/>
            <w:vAlign w:val="center"/>
          </w:tcPr>
          <w:p w14:paraId="1E66EC90" w14:textId="77777777" w:rsidR="0029337D" w:rsidRDefault="0029337D"/>
        </w:tc>
      </w:tr>
      <w:tr w:rsidR="0029337D" w14:paraId="6664BB44" w14:textId="77777777">
        <w:tc>
          <w:tcPr>
            <w:tcW w:w="5270" w:type="dxa"/>
            <w:shd w:val="clear" w:color="auto" w:fill="D9EAF7"/>
            <w:vAlign w:val="center"/>
          </w:tcPr>
          <w:p w14:paraId="00759D0B" w14:textId="77777777" w:rsidR="0029337D" w:rsidRDefault="004F44E9">
            <w:r>
              <w:rPr>
                <w:b/>
              </w:rPr>
              <w:t>Qualité / fonction dans l’association</w:t>
            </w:r>
          </w:p>
        </w:tc>
        <w:tc>
          <w:tcPr>
            <w:tcW w:w="5270" w:type="dxa"/>
            <w:vAlign w:val="center"/>
          </w:tcPr>
          <w:p w14:paraId="3B166D1D" w14:textId="77777777" w:rsidR="0029337D" w:rsidRDefault="0029337D"/>
        </w:tc>
      </w:tr>
    </w:tbl>
    <w:p w14:paraId="359F08C2" w14:textId="77777777" w:rsidR="00E021EF" w:rsidRDefault="00E021EF">
      <w:pPr>
        <w:rPr>
          <w:b/>
        </w:rPr>
      </w:pPr>
    </w:p>
    <w:p w14:paraId="2079801A" w14:textId="699C8B75" w:rsidR="0029337D" w:rsidRPr="00CE73AA" w:rsidRDefault="004F44E9">
      <w:pPr>
        <w:rPr>
          <w:sz w:val="28"/>
          <w:szCs w:val="28"/>
        </w:rPr>
      </w:pPr>
      <w:r w:rsidRPr="00CE73AA">
        <w:rPr>
          <w:b/>
          <w:sz w:val="28"/>
          <w:szCs w:val="28"/>
        </w:rPr>
        <w:t>DISTINCTIONS ET DÉCORATIONS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29337D" w14:paraId="6F965992" w14:textId="77777777">
        <w:tc>
          <w:tcPr>
            <w:tcW w:w="3513" w:type="dxa"/>
            <w:shd w:val="clear" w:color="auto" w:fill="D9EAF7"/>
            <w:vAlign w:val="center"/>
          </w:tcPr>
          <w:p w14:paraId="70341985" w14:textId="77777777" w:rsidR="0029337D" w:rsidRDefault="004F44E9">
            <w:r>
              <w:rPr>
                <w:b/>
              </w:rPr>
              <w:t>Date (jj/mm/aaaa)</w:t>
            </w:r>
          </w:p>
        </w:tc>
        <w:tc>
          <w:tcPr>
            <w:tcW w:w="3513" w:type="dxa"/>
            <w:shd w:val="clear" w:color="auto" w:fill="D9EAF7"/>
            <w:vAlign w:val="center"/>
          </w:tcPr>
          <w:p w14:paraId="19C3E660" w14:textId="77777777" w:rsidR="0029337D" w:rsidRDefault="004F44E9">
            <w:r>
              <w:rPr>
                <w:b/>
              </w:rPr>
              <w:t>Titre / décoration</w:t>
            </w:r>
          </w:p>
        </w:tc>
        <w:tc>
          <w:tcPr>
            <w:tcW w:w="3513" w:type="dxa"/>
            <w:shd w:val="clear" w:color="auto" w:fill="D9EAF7"/>
            <w:vAlign w:val="center"/>
          </w:tcPr>
          <w:p w14:paraId="0B69A973" w14:textId="77777777" w:rsidR="0029337D" w:rsidRDefault="004F44E9">
            <w:r>
              <w:rPr>
                <w:b/>
              </w:rPr>
              <w:t>Observations</w:t>
            </w:r>
          </w:p>
        </w:tc>
      </w:tr>
      <w:tr w:rsidR="0029337D" w14:paraId="3B7A43BA" w14:textId="77777777">
        <w:tc>
          <w:tcPr>
            <w:tcW w:w="3513" w:type="dxa"/>
            <w:vAlign w:val="center"/>
          </w:tcPr>
          <w:p w14:paraId="75F72A1A" w14:textId="77777777" w:rsidR="0029337D" w:rsidRDefault="0029337D"/>
        </w:tc>
        <w:tc>
          <w:tcPr>
            <w:tcW w:w="3513" w:type="dxa"/>
            <w:vAlign w:val="center"/>
          </w:tcPr>
          <w:p w14:paraId="26170F39" w14:textId="77777777" w:rsidR="0029337D" w:rsidRDefault="0029337D"/>
        </w:tc>
        <w:tc>
          <w:tcPr>
            <w:tcW w:w="3513" w:type="dxa"/>
            <w:vAlign w:val="center"/>
          </w:tcPr>
          <w:p w14:paraId="5DAFC736" w14:textId="77777777" w:rsidR="0029337D" w:rsidRDefault="0029337D"/>
        </w:tc>
      </w:tr>
      <w:tr w:rsidR="0029337D" w14:paraId="21845816" w14:textId="77777777">
        <w:tc>
          <w:tcPr>
            <w:tcW w:w="3513" w:type="dxa"/>
            <w:vAlign w:val="center"/>
          </w:tcPr>
          <w:p w14:paraId="5C84F9A1" w14:textId="77777777" w:rsidR="0029337D" w:rsidRDefault="0029337D"/>
        </w:tc>
        <w:tc>
          <w:tcPr>
            <w:tcW w:w="3513" w:type="dxa"/>
            <w:vAlign w:val="center"/>
          </w:tcPr>
          <w:p w14:paraId="74698521" w14:textId="77777777" w:rsidR="0029337D" w:rsidRDefault="0029337D"/>
        </w:tc>
        <w:tc>
          <w:tcPr>
            <w:tcW w:w="3513" w:type="dxa"/>
            <w:vAlign w:val="center"/>
          </w:tcPr>
          <w:p w14:paraId="0F25358F" w14:textId="77777777" w:rsidR="0029337D" w:rsidRDefault="0029337D"/>
        </w:tc>
      </w:tr>
      <w:tr w:rsidR="0029337D" w14:paraId="6A714BA3" w14:textId="77777777">
        <w:tc>
          <w:tcPr>
            <w:tcW w:w="3513" w:type="dxa"/>
            <w:vAlign w:val="center"/>
          </w:tcPr>
          <w:p w14:paraId="6D34131D" w14:textId="77777777" w:rsidR="0029337D" w:rsidRDefault="0029337D"/>
        </w:tc>
        <w:tc>
          <w:tcPr>
            <w:tcW w:w="3513" w:type="dxa"/>
            <w:vAlign w:val="center"/>
          </w:tcPr>
          <w:p w14:paraId="01CE388C" w14:textId="77777777" w:rsidR="0029337D" w:rsidRDefault="0029337D"/>
        </w:tc>
        <w:tc>
          <w:tcPr>
            <w:tcW w:w="3513" w:type="dxa"/>
            <w:vAlign w:val="center"/>
          </w:tcPr>
          <w:p w14:paraId="5F5C13D2" w14:textId="77777777" w:rsidR="0029337D" w:rsidRDefault="0029337D"/>
        </w:tc>
      </w:tr>
      <w:tr w:rsidR="0029337D" w14:paraId="3B143408" w14:textId="77777777">
        <w:tc>
          <w:tcPr>
            <w:tcW w:w="3513" w:type="dxa"/>
            <w:vAlign w:val="center"/>
          </w:tcPr>
          <w:p w14:paraId="176F8FB9" w14:textId="77777777" w:rsidR="0029337D" w:rsidRDefault="0029337D"/>
        </w:tc>
        <w:tc>
          <w:tcPr>
            <w:tcW w:w="3513" w:type="dxa"/>
            <w:vAlign w:val="center"/>
          </w:tcPr>
          <w:p w14:paraId="2DE96813" w14:textId="77777777" w:rsidR="0029337D" w:rsidRDefault="0029337D"/>
        </w:tc>
        <w:tc>
          <w:tcPr>
            <w:tcW w:w="3513" w:type="dxa"/>
            <w:vAlign w:val="center"/>
          </w:tcPr>
          <w:p w14:paraId="6E4A7FC2" w14:textId="77777777" w:rsidR="0029337D" w:rsidRDefault="0029337D"/>
        </w:tc>
      </w:tr>
    </w:tbl>
    <w:p w14:paraId="5C0E85F2" w14:textId="77777777" w:rsidR="00AA785B" w:rsidRDefault="00AA785B">
      <w:pPr>
        <w:rPr>
          <w:b/>
          <w:lang w:val="fr-FR"/>
        </w:rPr>
      </w:pPr>
    </w:p>
    <w:p w14:paraId="111CE8CE" w14:textId="6084A72E" w:rsidR="0029337D" w:rsidRPr="00CE73AA" w:rsidRDefault="004F44E9">
      <w:pPr>
        <w:rPr>
          <w:sz w:val="28"/>
          <w:szCs w:val="28"/>
          <w:lang w:val="fr-FR"/>
        </w:rPr>
      </w:pPr>
      <w:r w:rsidRPr="00CE73AA">
        <w:rPr>
          <w:b/>
          <w:sz w:val="28"/>
          <w:szCs w:val="28"/>
          <w:lang w:val="fr-FR"/>
        </w:rPr>
        <w:t>HISTORIQUE DÉTAILLÉ DES FONCTIONS OCCUPÉES À TITRE BÉNÉVOLE</w:t>
      </w:r>
    </w:p>
    <w:p w14:paraId="1D1BEEC5" w14:textId="77777777" w:rsidR="0029337D" w:rsidRPr="001C14CE" w:rsidRDefault="004F44E9">
      <w:pPr>
        <w:rPr>
          <w:sz w:val="28"/>
          <w:szCs w:val="28"/>
        </w:rPr>
      </w:pPr>
      <w:r w:rsidRPr="001C14CE">
        <w:rPr>
          <w:sz w:val="28"/>
          <w:szCs w:val="28"/>
          <w:lang w:val="fr-FR"/>
        </w:rPr>
        <w:t xml:space="preserve">Pour l’Or et l’Argent : préciser les mérites nouveaux non encore récompensés depuis le dernier diplôme. </w:t>
      </w:r>
      <w:proofErr w:type="spellStart"/>
      <w:r w:rsidRPr="001C14CE">
        <w:rPr>
          <w:sz w:val="28"/>
          <w:szCs w:val="28"/>
        </w:rPr>
        <w:t>Détailler</w:t>
      </w:r>
      <w:proofErr w:type="spellEnd"/>
      <w:r w:rsidRPr="001C14CE">
        <w:rPr>
          <w:sz w:val="28"/>
          <w:szCs w:val="28"/>
        </w:rPr>
        <w:t xml:space="preserve"> les </w:t>
      </w:r>
      <w:proofErr w:type="spellStart"/>
      <w:r w:rsidRPr="001C14CE">
        <w:rPr>
          <w:sz w:val="28"/>
          <w:szCs w:val="28"/>
        </w:rPr>
        <w:t>sigles</w:t>
      </w:r>
      <w:proofErr w:type="spellEnd"/>
      <w:r w:rsidRPr="001C14CE">
        <w:rPr>
          <w:sz w:val="28"/>
          <w:szCs w:val="28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8"/>
        <w:gridCol w:w="2108"/>
        <w:gridCol w:w="2108"/>
        <w:gridCol w:w="2108"/>
        <w:gridCol w:w="2108"/>
      </w:tblGrid>
      <w:tr w:rsidR="0029337D" w14:paraId="119D443A" w14:textId="77777777">
        <w:tc>
          <w:tcPr>
            <w:tcW w:w="2108" w:type="dxa"/>
            <w:shd w:val="clear" w:color="auto" w:fill="D9EAF7"/>
            <w:vAlign w:val="center"/>
          </w:tcPr>
          <w:p w14:paraId="53A3BD6D" w14:textId="77777777" w:rsidR="0029337D" w:rsidRDefault="004F44E9">
            <w:r>
              <w:rPr>
                <w:b/>
              </w:rPr>
              <w:t>Période</w:t>
            </w:r>
          </w:p>
        </w:tc>
        <w:tc>
          <w:tcPr>
            <w:tcW w:w="2108" w:type="dxa"/>
            <w:shd w:val="clear" w:color="auto" w:fill="D9EAF7"/>
            <w:vAlign w:val="center"/>
          </w:tcPr>
          <w:p w14:paraId="4BA6F1D6" w14:textId="77777777" w:rsidR="0029337D" w:rsidRDefault="004F44E9">
            <w:r>
              <w:rPr>
                <w:b/>
              </w:rPr>
              <w:t>Fonction</w:t>
            </w:r>
          </w:p>
        </w:tc>
        <w:tc>
          <w:tcPr>
            <w:tcW w:w="2108" w:type="dxa"/>
            <w:shd w:val="clear" w:color="auto" w:fill="D9EAF7"/>
            <w:vAlign w:val="center"/>
          </w:tcPr>
          <w:p w14:paraId="5E988684" w14:textId="77777777" w:rsidR="0029337D" w:rsidRDefault="004F44E9">
            <w:r>
              <w:rPr>
                <w:b/>
              </w:rPr>
              <w:t>Nom du club / association</w:t>
            </w:r>
          </w:p>
        </w:tc>
        <w:tc>
          <w:tcPr>
            <w:tcW w:w="2108" w:type="dxa"/>
            <w:shd w:val="clear" w:color="auto" w:fill="D9EAF7"/>
            <w:vAlign w:val="center"/>
          </w:tcPr>
          <w:p w14:paraId="1C6D65C0" w14:textId="77777777" w:rsidR="0029337D" w:rsidRDefault="004F44E9">
            <w:r>
              <w:rPr>
                <w:b/>
              </w:rPr>
              <w:t>Discipline / activité</w:t>
            </w:r>
          </w:p>
        </w:tc>
        <w:tc>
          <w:tcPr>
            <w:tcW w:w="2108" w:type="dxa"/>
            <w:shd w:val="clear" w:color="auto" w:fill="D9EAF7"/>
            <w:vAlign w:val="center"/>
          </w:tcPr>
          <w:p w14:paraId="2BE52A87" w14:textId="77777777" w:rsidR="0029337D" w:rsidRDefault="004F44E9">
            <w:r>
              <w:rPr>
                <w:b/>
              </w:rPr>
              <w:t>Actions réalisées / missions bénévoles</w:t>
            </w:r>
          </w:p>
        </w:tc>
      </w:tr>
      <w:tr w:rsidR="0029337D" w14:paraId="3F033DDB" w14:textId="77777777">
        <w:tc>
          <w:tcPr>
            <w:tcW w:w="2108" w:type="dxa"/>
            <w:vAlign w:val="center"/>
          </w:tcPr>
          <w:p w14:paraId="594F2DF9" w14:textId="77777777" w:rsidR="0029337D" w:rsidRDefault="0029337D"/>
        </w:tc>
        <w:tc>
          <w:tcPr>
            <w:tcW w:w="2108" w:type="dxa"/>
            <w:vAlign w:val="center"/>
          </w:tcPr>
          <w:p w14:paraId="4DA39F8B" w14:textId="77777777" w:rsidR="0029337D" w:rsidRDefault="0029337D"/>
        </w:tc>
        <w:tc>
          <w:tcPr>
            <w:tcW w:w="2108" w:type="dxa"/>
            <w:vAlign w:val="center"/>
          </w:tcPr>
          <w:p w14:paraId="192C7B87" w14:textId="77777777" w:rsidR="0029337D" w:rsidRDefault="0029337D"/>
        </w:tc>
        <w:tc>
          <w:tcPr>
            <w:tcW w:w="2108" w:type="dxa"/>
            <w:vAlign w:val="center"/>
          </w:tcPr>
          <w:p w14:paraId="5A8BB053" w14:textId="77777777" w:rsidR="0029337D" w:rsidRDefault="0029337D"/>
        </w:tc>
        <w:tc>
          <w:tcPr>
            <w:tcW w:w="2108" w:type="dxa"/>
            <w:vAlign w:val="center"/>
          </w:tcPr>
          <w:p w14:paraId="3BF84887" w14:textId="77777777" w:rsidR="0029337D" w:rsidRDefault="0029337D"/>
        </w:tc>
      </w:tr>
      <w:tr w:rsidR="0029337D" w14:paraId="74ABFCCD" w14:textId="77777777">
        <w:tc>
          <w:tcPr>
            <w:tcW w:w="2108" w:type="dxa"/>
            <w:vAlign w:val="center"/>
          </w:tcPr>
          <w:p w14:paraId="7A68DA17" w14:textId="77777777" w:rsidR="0029337D" w:rsidRDefault="0029337D"/>
        </w:tc>
        <w:tc>
          <w:tcPr>
            <w:tcW w:w="2108" w:type="dxa"/>
            <w:vAlign w:val="center"/>
          </w:tcPr>
          <w:p w14:paraId="238394E6" w14:textId="77777777" w:rsidR="0029337D" w:rsidRDefault="0029337D"/>
        </w:tc>
        <w:tc>
          <w:tcPr>
            <w:tcW w:w="2108" w:type="dxa"/>
            <w:vAlign w:val="center"/>
          </w:tcPr>
          <w:p w14:paraId="09F40ECE" w14:textId="77777777" w:rsidR="0029337D" w:rsidRDefault="0029337D"/>
        </w:tc>
        <w:tc>
          <w:tcPr>
            <w:tcW w:w="2108" w:type="dxa"/>
            <w:vAlign w:val="center"/>
          </w:tcPr>
          <w:p w14:paraId="72E8A0BE" w14:textId="77777777" w:rsidR="0029337D" w:rsidRDefault="0029337D"/>
        </w:tc>
        <w:tc>
          <w:tcPr>
            <w:tcW w:w="2108" w:type="dxa"/>
            <w:vAlign w:val="center"/>
          </w:tcPr>
          <w:p w14:paraId="616B83CB" w14:textId="77777777" w:rsidR="0029337D" w:rsidRDefault="0029337D"/>
        </w:tc>
      </w:tr>
      <w:tr w:rsidR="0029337D" w14:paraId="129E3550" w14:textId="77777777">
        <w:tc>
          <w:tcPr>
            <w:tcW w:w="2108" w:type="dxa"/>
            <w:vAlign w:val="center"/>
          </w:tcPr>
          <w:p w14:paraId="050E408F" w14:textId="77777777" w:rsidR="0029337D" w:rsidRDefault="0029337D"/>
        </w:tc>
        <w:tc>
          <w:tcPr>
            <w:tcW w:w="2108" w:type="dxa"/>
            <w:vAlign w:val="center"/>
          </w:tcPr>
          <w:p w14:paraId="0ECF59A3" w14:textId="77777777" w:rsidR="0029337D" w:rsidRDefault="0029337D"/>
        </w:tc>
        <w:tc>
          <w:tcPr>
            <w:tcW w:w="2108" w:type="dxa"/>
            <w:vAlign w:val="center"/>
          </w:tcPr>
          <w:p w14:paraId="43AE71B8" w14:textId="77777777" w:rsidR="0029337D" w:rsidRDefault="0029337D"/>
        </w:tc>
        <w:tc>
          <w:tcPr>
            <w:tcW w:w="2108" w:type="dxa"/>
            <w:vAlign w:val="center"/>
          </w:tcPr>
          <w:p w14:paraId="164D7FD4" w14:textId="77777777" w:rsidR="0029337D" w:rsidRDefault="0029337D"/>
        </w:tc>
        <w:tc>
          <w:tcPr>
            <w:tcW w:w="2108" w:type="dxa"/>
            <w:vAlign w:val="center"/>
          </w:tcPr>
          <w:p w14:paraId="362DB5A4" w14:textId="77777777" w:rsidR="0029337D" w:rsidRDefault="0029337D"/>
        </w:tc>
      </w:tr>
      <w:tr w:rsidR="0029337D" w14:paraId="20088EE8" w14:textId="77777777">
        <w:tc>
          <w:tcPr>
            <w:tcW w:w="2108" w:type="dxa"/>
            <w:vAlign w:val="center"/>
          </w:tcPr>
          <w:p w14:paraId="5A7004A5" w14:textId="77777777" w:rsidR="0029337D" w:rsidRDefault="0029337D"/>
        </w:tc>
        <w:tc>
          <w:tcPr>
            <w:tcW w:w="2108" w:type="dxa"/>
            <w:vAlign w:val="center"/>
          </w:tcPr>
          <w:p w14:paraId="166F0BD4" w14:textId="77777777" w:rsidR="0029337D" w:rsidRDefault="0029337D"/>
        </w:tc>
        <w:tc>
          <w:tcPr>
            <w:tcW w:w="2108" w:type="dxa"/>
            <w:vAlign w:val="center"/>
          </w:tcPr>
          <w:p w14:paraId="3D258E58" w14:textId="77777777" w:rsidR="0029337D" w:rsidRDefault="0029337D"/>
        </w:tc>
        <w:tc>
          <w:tcPr>
            <w:tcW w:w="2108" w:type="dxa"/>
            <w:vAlign w:val="center"/>
          </w:tcPr>
          <w:p w14:paraId="64D2A700" w14:textId="77777777" w:rsidR="0029337D" w:rsidRDefault="0029337D"/>
        </w:tc>
        <w:tc>
          <w:tcPr>
            <w:tcW w:w="2108" w:type="dxa"/>
            <w:vAlign w:val="center"/>
          </w:tcPr>
          <w:p w14:paraId="005D8D76" w14:textId="77777777" w:rsidR="0029337D" w:rsidRDefault="0029337D"/>
        </w:tc>
      </w:tr>
      <w:tr w:rsidR="0029337D" w14:paraId="255374FB" w14:textId="77777777">
        <w:tc>
          <w:tcPr>
            <w:tcW w:w="2108" w:type="dxa"/>
            <w:vAlign w:val="center"/>
          </w:tcPr>
          <w:p w14:paraId="035F261D" w14:textId="77777777" w:rsidR="0029337D" w:rsidRDefault="0029337D"/>
        </w:tc>
        <w:tc>
          <w:tcPr>
            <w:tcW w:w="2108" w:type="dxa"/>
            <w:vAlign w:val="center"/>
          </w:tcPr>
          <w:p w14:paraId="7445E180" w14:textId="77777777" w:rsidR="0029337D" w:rsidRDefault="0029337D"/>
        </w:tc>
        <w:tc>
          <w:tcPr>
            <w:tcW w:w="2108" w:type="dxa"/>
            <w:vAlign w:val="center"/>
          </w:tcPr>
          <w:p w14:paraId="37E8E9D4" w14:textId="77777777" w:rsidR="0029337D" w:rsidRDefault="0029337D"/>
        </w:tc>
        <w:tc>
          <w:tcPr>
            <w:tcW w:w="2108" w:type="dxa"/>
            <w:vAlign w:val="center"/>
          </w:tcPr>
          <w:p w14:paraId="7D5F4D71" w14:textId="77777777" w:rsidR="0029337D" w:rsidRDefault="0029337D"/>
        </w:tc>
        <w:tc>
          <w:tcPr>
            <w:tcW w:w="2108" w:type="dxa"/>
            <w:vAlign w:val="center"/>
          </w:tcPr>
          <w:p w14:paraId="4C2AE9AD" w14:textId="77777777" w:rsidR="0029337D" w:rsidRDefault="0029337D"/>
        </w:tc>
      </w:tr>
      <w:tr w:rsidR="0029337D" w14:paraId="68F49F95" w14:textId="77777777">
        <w:tc>
          <w:tcPr>
            <w:tcW w:w="2108" w:type="dxa"/>
            <w:vAlign w:val="center"/>
          </w:tcPr>
          <w:p w14:paraId="0DBB8094" w14:textId="77777777" w:rsidR="0029337D" w:rsidRDefault="0029337D"/>
        </w:tc>
        <w:tc>
          <w:tcPr>
            <w:tcW w:w="2108" w:type="dxa"/>
            <w:vAlign w:val="center"/>
          </w:tcPr>
          <w:p w14:paraId="6D405480" w14:textId="77777777" w:rsidR="0029337D" w:rsidRDefault="0029337D"/>
        </w:tc>
        <w:tc>
          <w:tcPr>
            <w:tcW w:w="2108" w:type="dxa"/>
            <w:vAlign w:val="center"/>
          </w:tcPr>
          <w:p w14:paraId="57F6AF2E" w14:textId="77777777" w:rsidR="0029337D" w:rsidRDefault="0029337D"/>
        </w:tc>
        <w:tc>
          <w:tcPr>
            <w:tcW w:w="2108" w:type="dxa"/>
            <w:vAlign w:val="center"/>
          </w:tcPr>
          <w:p w14:paraId="2DAB5B24" w14:textId="77777777" w:rsidR="0029337D" w:rsidRDefault="0029337D"/>
        </w:tc>
        <w:tc>
          <w:tcPr>
            <w:tcW w:w="2108" w:type="dxa"/>
            <w:vAlign w:val="center"/>
          </w:tcPr>
          <w:p w14:paraId="21D44F58" w14:textId="77777777" w:rsidR="0029337D" w:rsidRDefault="0029337D"/>
        </w:tc>
      </w:tr>
      <w:tr w:rsidR="0029337D" w14:paraId="4F0FEC39" w14:textId="77777777">
        <w:tc>
          <w:tcPr>
            <w:tcW w:w="2108" w:type="dxa"/>
            <w:vAlign w:val="center"/>
          </w:tcPr>
          <w:p w14:paraId="0B9B1550" w14:textId="77777777" w:rsidR="0029337D" w:rsidRDefault="0029337D"/>
        </w:tc>
        <w:tc>
          <w:tcPr>
            <w:tcW w:w="2108" w:type="dxa"/>
            <w:vAlign w:val="center"/>
          </w:tcPr>
          <w:p w14:paraId="578D4D0B" w14:textId="77777777" w:rsidR="0029337D" w:rsidRDefault="0029337D"/>
        </w:tc>
        <w:tc>
          <w:tcPr>
            <w:tcW w:w="2108" w:type="dxa"/>
            <w:vAlign w:val="center"/>
          </w:tcPr>
          <w:p w14:paraId="62D17490" w14:textId="77777777" w:rsidR="0029337D" w:rsidRDefault="0029337D"/>
        </w:tc>
        <w:tc>
          <w:tcPr>
            <w:tcW w:w="2108" w:type="dxa"/>
            <w:vAlign w:val="center"/>
          </w:tcPr>
          <w:p w14:paraId="1871A2CA" w14:textId="77777777" w:rsidR="0029337D" w:rsidRDefault="0029337D"/>
        </w:tc>
        <w:tc>
          <w:tcPr>
            <w:tcW w:w="2108" w:type="dxa"/>
            <w:vAlign w:val="center"/>
          </w:tcPr>
          <w:p w14:paraId="5A7ED721" w14:textId="77777777" w:rsidR="0029337D" w:rsidRDefault="0029337D"/>
        </w:tc>
      </w:tr>
      <w:tr w:rsidR="0029337D" w14:paraId="49E9BDF1" w14:textId="77777777">
        <w:tc>
          <w:tcPr>
            <w:tcW w:w="2108" w:type="dxa"/>
            <w:vAlign w:val="center"/>
          </w:tcPr>
          <w:p w14:paraId="30E61B61" w14:textId="77777777" w:rsidR="0029337D" w:rsidRDefault="0029337D"/>
        </w:tc>
        <w:tc>
          <w:tcPr>
            <w:tcW w:w="2108" w:type="dxa"/>
            <w:vAlign w:val="center"/>
          </w:tcPr>
          <w:p w14:paraId="06B51575" w14:textId="77777777" w:rsidR="0029337D" w:rsidRDefault="0029337D"/>
        </w:tc>
        <w:tc>
          <w:tcPr>
            <w:tcW w:w="2108" w:type="dxa"/>
            <w:vAlign w:val="center"/>
          </w:tcPr>
          <w:p w14:paraId="6C04EC56" w14:textId="77777777" w:rsidR="0029337D" w:rsidRDefault="0029337D"/>
        </w:tc>
        <w:tc>
          <w:tcPr>
            <w:tcW w:w="2108" w:type="dxa"/>
            <w:vAlign w:val="center"/>
          </w:tcPr>
          <w:p w14:paraId="13EBA059" w14:textId="77777777" w:rsidR="0029337D" w:rsidRDefault="0029337D"/>
        </w:tc>
        <w:tc>
          <w:tcPr>
            <w:tcW w:w="2108" w:type="dxa"/>
            <w:vAlign w:val="center"/>
          </w:tcPr>
          <w:p w14:paraId="5173289C" w14:textId="77777777" w:rsidR="0029337D" w:rsidRDefault="0029337D"/>
        </w:tc>
      </w:tr>
      <w:tr w:rsidR="0029337D" w14:paraId="6FCEAD9D" w14:textId="77777777">
        <w:tc>
          <w:tcPr>
            <w:tcW w:w="2108" w:type="dxa"/>
            <w:vAlign w:val="center"/>
          </w:tcPr>
          <w:p w14:paraId="27289527" w14:textId="77777777" w:rsidR="0029337D" w:rsidRDefault="0029337D"/>
        </w:tc>
        <w:tc>
          <w:tcPr>
            <w:tcW w:w="2108" w:type="dxa"/>
            <w:vAlign w:val="center"/>
          </w:tcPr>
          <w:p w14:paraId="5AEEC166" w14:textId="77777777" w:rsidR="0029337D" w:rsidRDefault="0029337D"/>
        </w:tc>
        <w:tc>
          <w:tcPr>
            <w:tcW w:w="2108" w:type="dxa"/>
            <w:vAlign w:val="center"/>
          </w:tcPr>
          <w:p w14:paraId="147E43CB" w14:textId="77777777" w:rsidR="0029337D" w:rsidRDefault="0029337D"/>
        </w:tc>
        <w:tc>
          <w:tcPr>
            <w:tcW w:w="2108" w:type="dxa"/>
            <w:vAlign w:val="center"/>
          </w:tcPr>
          <w:p w14:paraId="4AFB7F23" w14:textId="77777777" w:rsidR="0029337D" w:rsidRDefault="0029337D"/>
        </w:tc>
        <w:tc>
          <w:tcPr>
            <w:tcW w:w="2108" w:type="dxa"/>
            <w:vAlign w:val="center"/>
          </w:tcPr>
          <w:p w14:paraId="2D494AFE" w14:textId="77777777" w:rsidR="0029337D" w:rsidRDefault="0029337D"/>
        </w:tc>
      </w:tr>
      <w:tr w:rsidR="0029337D" w14:paraId="1C93BF75" w14:textId="77777777">
        <w:tc>
          <w:tcPr>
            <w:tcW w:w="2108" w:type="dxa"/>
            <w:vAlign w:val="center"/>
          </w:tcPr>
          <w:p w14:paraId="66E75AD7" w14:textId="77777777" w:rsidR="0029337D" w:rsidRDefault="0029337D"/>
        </w:tc>
        <w:tc>
          <w:tcPr>
            <w:tcW w:w="2108" w:type="dxa"/>
            <w:vAlign w:val="center"/>
          </w:tcPr>
          <w:p w14:paraId="5494DF38" w14:textId="77777777" w:rsidR="0029337D" w:rsidRDefault="0029337D"/>
        </w:tc>
        <w:tc>
          <w:tcPr>
            <w:tcW w:w="2108" w:type="dxa"/>
            <w:vAlign w:val="center"/>
          </w:tcPr>
          <w:p w14:paraId="6E443D82" w14:textId="77777777" w:rsidR="0029337D" w:rsidRDefault="0029337D"/>
        </w:tc>
        <w:tc>
          <w:tcPr>
            <w:tcW w:w="2108" w:type="dxa"/>
            <w:vAlign w:val="center"/>
          </w:tcPr>
          <w:p w14:paraId="4AF8A015" w14:textId="77777777" w:rsidR="0029337D" w:rsidRDefault="0029337D"/>
        </w:tc>
        <w:tc>
          <w:tcPr>
            <w:tcW w:w="2108" w:type="dxa"/>
            <w:vAlign w:val="center"/>
          </w:tcPr>
          <w:p w14:paraId="3F222935" w14:textId="77777777" w:rsidR="0029337D" w:rsidRDefault="0029337D"/>
        </w:tc>
      </w:tr>
      <w:tr w:rsidR="0029337D" w14:paraId="1647A4B4" w14:textId="77777777">
        <w:tc>
          <w:tcPr>
            <w:tcW w:w="2108" w:type="dxa"/>
            <w:vAlign w:val="center"/>
          </w:tcPr>
          <w:p w14:paraId="6B249FE0" w14:textId="77777777" w:rsidR="0029337D" w:rsidRDefault="0029337D"/>
        </w:tc>
        <w:tc>
          <w:tcPr>
            <w:tcW w:w="2108" w:type="dxa"/>
            <w:vAlign w:val="center"/>
          </w:tcPr>
          <w:p w14:paraId="7716534D" w14:textId="77777777" w:rsidR="0029337D" w:rsidRDefault="0029337D"/>
        </w:tc>
        <w:tc>
          <w:tcPr>
            <w:tcW w:w="2108" w:type="dxa"/>
            <w:vAlign w:val="center"/>
          </w:tcPr>
          <w:p w14:paraId="2E86A5CA" w14:textId="77777777" w:rsidR="0029337D" w:rsidRDefault="0029337D"/>
        </w:tc>
        <w:tc>
          <w:tcPr>
            <w:tcW w:w="2108" w:type="dxa"/>
            <w:vAlign w:val="center"/>
          </w:tcPr>
          <w:p w14:paraId="7E92F0C0" w14:textId="77777777" w:rsidR="0029337D" w:rsidRDefault="0029337D"/>
        </w:tc>
        <w:tc>
          <w:tcPr>
            <w:tcW w:w="2108" w:type="dxa"/>
            <w:vAlign w:val="center"/>
          </w:tcPr>
          <w:p w14:paraId="662AE2B2" w14:textId="77777777" w:rsidR="0029337D" w:rsidRDefault="0029337D"/>
        </w:tc>
      </w:tr>
      <w:tr w:rsidR="0029337D" w14:paraId="26C98DA5" w14:textId="77777777">
        <w:tc>
          <w:tcPr>
            <w:tcW w:w="2108" w:type="dxa"/>
            <w:vAlign w:val="center"/>
          </w:tcPr>
          <w:p w14:paraId="55863F4B" w14:textId="77777777" w:rsidR="0029337D" w:rsidRDefault="0029337D"/>
        </w:tc>
        <w:tc>
          <w:tcPr>
            <w:tcW w:w="2108" w:type="dxa"/>
            <w:vAlign w:val="center"/>
          </w:tcPr>
          <w:p w14:paraId="1A36F90A" w14:textId="77777777" w:rsidR="0029337D" w:rsidRDefault="0029337D"/>
        </w:tc>
        <w:tc>
          <w:tcPr>
            <w:tcW w:w="2108" w:type="dxa"/>
            <w:vAlign w:val="center"/>
          </w:tcPr>
          <w:p w14:paraId="49FCB179" w14:textId="77777777" w:rsidR="0029337D" w:rsidRDefault="0029337D"/>
        </w:tc>
        <w:tc>
          <w:tcPr>
            <w:tcW w:w="2108" w:type="dxa"/>
            <w:vAlign w:val="center"/>
          </w:tcPr>
          <w:p w14:paraId="7E315BAD" w14:textId="77777777" w:rsidR="0029337D" w:rsidRDefault="0029337D"/>
        </w:tc>
        <w:tc>
          <w:tcPr>
            <w:tcW w:w="2108" w:type="dxa"/>
            <w:vAlign w:val="center"/>
          </w:tcPr>
          <w:p w14:paraId="4696EB31" w14:textId="77777777" w:rsidR="0029337D" w:rsidRDefault="0029337D"/>
        </w:tc>
      </w:tr>
    </w:tbl>
    <w:p w14:paraId="4B4A1D00" w14:textId="77777777" w:rsidR="001C14CE" w:rsidRDefault="001C14CE">
      <w:pPr>
        <w:rPr>
          <w:b/>
          <w:lang w:val="fr-FR"/>
        </w:rPr>
      </w:pPr>
    </w:p>
    <w:p w14:paraId="1D4BBA6D" w14:textId="20467D85" w:rsidR="0029337D" w:rsidRPr="00CE73AA" w:rsidRDefault="004F44E9">
      <w:pPr>
        <w:rPr>
          <w:sz w:val="28"/>
          <w:szCs w:val="28"/>
          <w:u w:val="single"/>
          <w:lang w:val="fr-FR"/>
        </w:rPr>
      </w:pPr>
      <w:r w:rsidRPr="00E021EF">
        <w:rPr>
          <w:b/>
          <w:lang w:val="fr-FR"/>
        </w:rPr>
        <w:t xml:space="preserve">II – </w:t>
      </w:r>
      <w:r w:rsidRPr="00CE73AA">
        <w:rPr>
          <w:b/>
          <w:sz w:val="28"/>
          <w:szCs w:val="28"/>
          <w:u w:val="single"/>
          <w:lang w:val="fr-FR"/>
        </w:rPr>
        <w:t>RENSEIGNEMENTS CONCERNANT LA MARRAINE OU LE PARRAIN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29337D" w14:paraId="2173B9D5" w14:textId="77777777">
        <w:tc>
          <w:tcPr>
            <w:tcW w:w="5270" w:type="dxa"/>
            <w:shd w:val="clear" w:color="auto" w:fill="D9EAF7"/>
            <w:vAlign w:val="center"/>
          </w:tcPr>
          <w:p w14:paraId="7D3BA602" w14:textId="77777777" w:rsidR="0029337D" w:rsidRDefault="004F44E9">
            <w:proofErr w:type="spellStart"/>
            <w:r>
              <w:rPr>
                <w:b/>
              </w:rPr>
              <w:t>Civilité</w:t>
            </w:r>
            <w:proofErr w:type="spellEnd"/>
          </w:p>
        </w:tc>
        <w:tc>
          <w:tcPr>
            <w:tcW w:w="5270" w:type="dxa"/>
            <w:vAlign w:val="center"/>
          </w:tcPr>
          <w:p w14:paraId="745CA6B1" w14:textId="77777777" w:rsidR="0029337D" w:rsidRDefault="004F44E9">
            <w:r>
              <w:t>☐ Madame   ☐ Monsieur</w:t>
            </w:r>
          </w:p>
        </w:tc>
      </w:tr>
      <w:tr w:rsidR="0029337D" w14:paraId="05EF0BFB" w14:textId="77777777">
        <w:tc>
          <w:tcPr>
            <w:tcW w:w="5270" w:type="dxa"/>
            <w:shd w:val="clear" w:color="auto" w:fill="D9EAF7"/>
            <w:vAlign w:val="center"/>
          </w:tcPr>
          <w:p w14:paraId="6FACD8A6" w14:textId="77777777" w:rsidR="0029337D" w:rsidRDefault="004F44E9">
            <w:r>
              <w:rPr>
                <w:b/>
              </w:rPr>
              <w:t>NOM</w:t>
            </w:r>
          </w:p>
        </w:tc>
        <w:tc>
          <w:tcPr>
            <w:tcW w:w="5270" w:type="dxa"/>
            <w:vAlign w:val="center"/>
          </w:tcPr>
          <w:p w14:paraId="550041F4" w14:textId="77777777" w:rsidR="0029337D" w:rsidRDefault="0029337D"/>
        </w:tc>
      </w:tr>
      <w:tr w:rsidR="0029337D" w14:paraId="65F4452B" w14:textId="77777777">
        <w:tc>
          <w:tcPr>
            <w:tcW w:w="5270" w:type="dxa"/>
            <w:shd w:val="clear" w:color="auto" w:fill="D9EAF7"/>
            <w:vAlign w:val="center"/>
          </w:tcPr>
          <w:p w14:paraId="3EAB4399" w14:textId="3158CC66" w:rsidR="0029337D" w:rsidRDefault="004F44E9">
            <w:r>
              <w:rPr>
                <w:b/>
              </w:rPr>
              <w:t xml:space="preserve">Nom </w:t>
            </w:r>
            <w:r w:rsidR="001C14CE">
              <w:rPr>
                <w:b/>
              </w:rPr>
              <w:t>de NAISSANCE</w:t>
            </w:r>
          </w:p>
        </w:tc>
        <w:tc>
          <w:tcPr>
            <w:tcW w:w="5270" w:type="dxa"/>
            <w:vAlign w:val="center"/>
          </w:tcPr>
          <w:p w14:paraId="4B4D0CE3" w14:textId="77777777" w:rsidR="0029337D" w:rsidRDefault="0029337D"/>
        </w:tc>
      </w:tr>
      <w:tr w:rsidR="0029337D" w14:paraId="3602BC87" w14:textId="77777777">
        <w:tc>
          <w:tcPr>
            <w:tcW w:w="5270" w:type="dxa"/>
            <w:shd w:val="clear" w:color="auto" w:fill="D9EAF7"/>
            <w:vAlign w:val="center"/>
          </w:tcPr>
          <w:p w14:paraId="670E6141" w14:textId="77777777" w:rsidR="0029337D" w:rsidRDefault="004F44E9">
            <w:r>
              <w:rPr>
                <w:b/>
              </w:rPr>
              <w:t>Prénom(s)</w:t>
            </w:r>
          </w:p>
        </w:tc>
        <w:tc>
          <w:tcPr>
            <w:tcW w:w="5270" w:type="dxa"/>
            <w:vAlign w:val="center"/>
          </w:tcPr>
          <w:p w14:paraId="2DB5E443" w14:textId="77777777" w:rsidR="0029337D" w:rsidRDefault="0029337D"/>
        </w:tc>
      </w:tr>
      <w:tr w:rsidR="0029337D" w14:paraId="3952F042" w14:textId="77777777">
        <w:tc>
          <w:tcPr>
            <w:tcW w:w="5270" w:type="dxa"/>
            <w:shd w:val="clear" w:color="auto" w:fill="D9EAF7"/>
            <w:vAlign w:val="center"/>
          </w:tcPr>
          <w:p w14:paraId="220746E2" w14:textId="77777777" w:rsidR="0029337D" w:rsidRDefault="004F44E9">
            <w:r>
              <w:rPr>
                <w:b/>
              </w:rPr>
              <w:t>En qualité de</w:t>
            </w:r>
          </w:p>
        </w:tc>
        <w:tc>
          <w:tcPr>
            <w:tcW w:w="5270" w:type="dxa"/>
            <w:vAlign w:val="center"/>
          </w:tcPr>
          <w:p w14:paraId="0C371CA7" w14:textId="77777777" w:rsidR="0029337D" w:rsidRDefault="0029337D"/>
        </w:tc>
      </w:tr>
      <w:tr w:rsidR="0029337D" w14:paraId="6255EDB2" w14:textId="77777777">
        <w:tc>
          <w:tcPr>
            <w:tcW w:w="5270" w:type="dxa"/>
            <w:shd w:val="clear" w:color="auto" w:fill="D9EAF7"/>
            <w:vAlign w:val="center"/>
          </w:tcPr>
          <w:p w14:paraId="3DD7F9A8" w14:textId="77777777" w:rsidR="0029337D" w:rsidRDefault="004F44E9">
            <w:r>
              <w:rPr>
                <w:b/>
              </w:rPr>
              <w:t>Nom de l’association</w:t>
            </w:r>
          </w:p>
        </w:tc>
        <w:tc>
          <w:tcPr>
            <w:tcW w:w="5270" w:type="dxa"/>
            <w:vAlign w:val="center"/>
          </w:tcPr>
          <w:p w14:paraId="2191682B" w14:textId="77777777" w:rsidR="0029337D" w:rsidRDefault="0029337D"/>
        </w:tc>
      </w:tr>
      <w:tr w:rsidR="0029337D" w14:paraId="1513E6B7" w14:textId="77777777">
        <w:tc>
          <w:tcPr>
            <w:tcW w:w="5270" w:type="dxa"/>
            <w:shd w:val="clear" w:color="auto" w:fill="D9EAF7"/>
            <w:vAlign w:val="center"/>
          </w:tcPr>
          <w:p w14:paraId="158CA8B9" w14:textId="77777777" w:rsidR="0029337D" w:rsidRDefault="004F44E9">
            <w:r>
              <w:rPr>
                <w:b/>
              </w:rPr>
              <w:t>Discipline</w:t>
            </w:r>
          </w:p>
        </w:tc>
        <w:tc>
          <w:tcPr>
            <w:tcW w:w="5270" w:type="dxa"/>
            <w:vAlign w:val="center"/>
          </w:tcPr>
          <w:p w14:paraId="503179A1" w14:textId="77777777" w:rsidR="0029337D" w:rsidRDefault="0029337D"/>
        </w:tc>
      </w:tr>
      <w:tr w:rsidR="0029337D" w14:paraId="097E80ED" w14:textId="77777777">
        <w:tc>
          <w:tcPr>
            <w:tcW w:w="5270" w:type="dxa"/>
            <w:shd w:val="clear" w:color="auto" w:fill="D9EAF7"/>
            <w:vAlign w:val="center"/>
          </w:tcPr>
          <w:p w14:paraId="3786AA10" w14:textId="77777777" w:rsidR="0029337D" w:rsidRDefault="004F44E9">
            <w:r>
              <w:rPr>
                <w:b/>
              </w:rPr>
              <w:t>Adresse complète</w:t>
            </w:r>
          </w:p>
        </w:tc>
        <w:tc>
          <w:tcPr>
            <w:tcW w:w="5270" w:type="dxa"/>
            <w:vAlign w:val="center"/>
          </w:tcPr>
          <w:p w14:paraId="4436E867" w14:textId="77777777" w:rsidR="0029337D" w:rsidRDefault="0029337D"/>
        </w:tc>
      </w:tr>
      <w:tr w:rsidR="0029337D" w14:paraId="698B55AF" w14:textId="77777777">
        <w:tc>
          <w:tcPr>
            <w:tcW w:w="5270" w:type="dxa"/>
            <w:shd w:val="clear" w:color="auto" w:fill="D9EAF7"/>
            <w:vAlign w:val="center"/>
          </w:tcPr>
          <w:p w14:paraId="5524BED7" w14:textId="77777777" w:rsidR="0029337D" w:rsidRDefault="004F44E9">
            <w:r>
              <w:rPr>
                <w:b/>
              </w:rPr>
              <w:t>Code postal</w:t>
            </w:r>
          </w:p>
        </w:tc>
        <w:tc>
          <w:tcPr>
            <w:tcW w:w="5270" w:type="dxa"/>
            <w:vAlign w:val="center"/>
          </w:tcPr>
          <w:p w14:paraId="7DBA2787" w14:textId="77777777" w:rsidR="0029337D" w:rsidRDefault="0029337D"/>
        </w:tc>
      </w:tr>
      <w:tr w:rsidR="0029337D" w14:paraId="0B6009CE" w14:textId="77777777">
        <w:tc>
          <w:tcPr>
            <w:tcW w:w="5270" w:type="dxa"/>
            <w:shd w:val="clear" w:color="auto" w:fill="D9EAF7"/>
            <w:vAlign w:val="center"/>
          </w:tcPr>
          <w:p w14:paraId="21630D4B" w14:textId="77777777" w:rsidR="0029337D" w:rsidRDefault="004F44E9">
            <w:r>
              <w:rPr>
                <w:b/>
              </w:rPr>
              <w:t>Commune</w:t>
            </w:r>
          </w:p>
        </w:tc>
        <w:tc>
          <w:tcPr>
            <w:tcW w:w="5270" w:type="dxa"/>
            <w:vAlign w:val="center"/>
          </w:tcPr>
          <w:p w14:paraId="7001AD3E" w14:textId="77777777" w:rsidR="0029337D" w:rsidRDefault="0029337D"/>
        </w:tc>
      </w:tr>
      <w:tr w:rsidR="0029337D" w14:paraId="4E6741F7" w14:textId="77777777">
        <w:tc>
          <w:tcPr>
            <w:tcW w:w="5270" w:type="dxa"/>
            <w:shd w:val="clear" w:color="auto" w:fill="D9EAF7"/>
            <w:vAlign w:val="center"/>
          </w:tcPr>
          <w:p w14:paraId="7E64D50F" w14:textId="77777777" w:rsidR="0029337D" w:rsidRDefault="004F44E9">
            <w:r>
              <w:rPr>
                <w:b/>
              </w:rPr>
              <w:t>Téléphone obligatoire</w:t>
            </w:r>
          </w:p>
        </w:tc>
        <w:tc>
          <w:tcPr>
            <w:tcW w:w="5270" w:type="dxa"/>
            <w:vAlign w:val="center"/>
          </w:tcPr>
          <w:p w14:paraId="7D4EAD9C" w14:textId="77777777" w:rsidR="0029337D" w:rsidRDefault="0029337D"/>
        </w:tc>
      </w:tr>
      <w:tr w:rsidR="0029337D" w14:paraId="09809CC5" w14:textId="77777777">
        <w:tc>
          <w:tcPr>
            <w:tcW w:w="5270" w:type="dxa"/>
            <w:shd w:val="clear" w:color="auto" w:fill="D9EAF7"/>
            <w:vAlign w:val="center"/>
          </w:tcPr>
          <w:p w14:paraId="6A5A8A27" w14:textId="77777777" w:rsidR="0029337D" w:rsidRDefault="004F44E9">
            <w:bookmarkStart w:id="0" w:name="_Hlk239152409"/>
            <w:r>
              <w:rPr>
                <w:b/>
              </w:rPr>
              <w:t>Courriel obligatoire pour invitation</w:t>
            </w:r>
          </w:p>
        </w:tc>
        <w:tc>
          <w:tcPr>
            <w:tcW w:w="5270" w:type="dxa"/>
            <w:vAlign w:val="center"/>
          </w:tcPr>
          <w:p w14:paraId="2E72E9D0" w14:textId="77777777" w:rsidR="0029337D" w:rsidRDefault="0029337D"/>
        </w:tc>
      </w:tr>
      <w:bookmarkEnd w:id="0"/>
    </w:tbl>
    <w:p w14:paraId="272992BD" w14:textId="77777777" w:rsidR="001C14CE" w:rsidRDefault="001C14CE">
      <w:pPr>
        <w:rPr>
          <w:b/>
        </w:rPr>
      </w:pPr>
    </w:p>
    <w:p w14:paraId="260ADAA1" w14:textId="4042C099" w:rsidR="0029337D" w:rsidRPr="00CE73AA" w:rsidRDefault="00CE73AA">
      <w:pPr>
        <w:rPr>
          <w:sz w:val="28"/>
          <w:szCs w:val="28"/>
          <w:lang w:val="fr-FR"/>
        </w:rPr>
      </w:pPr>
      <w:r w:rsidRPr="00CE73AA">
        <w:rPr>
          <w:b/>
          <w:sz w:val="28"/>
          <w:szCs w:val="28"/>
          <w:lang w:val="fr-FR"/>
        </w:rPr>
        <w:t xml:space="preserve">III- </w:t>
      </w:r>
      <w:r w:rsidR="004F44E9" w:rsidRPr="00CE73AA">
        <w:rPr>
          <w:b/>
          <w:sz w:val="28"/>
          <w:szCs w:val="28"/>
          <w:lang w:val="fr-FR"/>
        </w:rPr>
        <w:t>ÉLOGES / AVIS CIRCONSTANCIÉ</w:t>
      </w:r>
      <w:r w:rsidRPr="00CE73AA">
        <w:rPr>
          <w:b/>
          <w:sz w:val="28"/>
          <w:szCs w:val="28"/>
          <w:lang w:val="fr-FR"/>
        </w:rPr>
        <w:t xml:space="preserve"> (porté par la marraine ou le parrain)</w:t>
      </w:r>
    </w:p>
    <w:p w14:paraId="09721AA6" w14:textId="77777777" w:rsidR="0029337D" w:rsidRPr="00CE73AA" w:rsidRDefault="004F44E9">
      <w:pPr>
        <w:rPr>
          <w:sz w:val="28"/>
          <w:szCs w:val="28"/>
          <w:lang w:val="fr-FR"/>
        </w:rPr>
      </w:pPr>
      <w:r w:rsidRPr="00CE73AA">
        <w:rPr>
          <w:sz w:val="28"/>
          <w:szCs w:val="28"/>
          <w:lang w:val="fr-FR"/>
        </w:rPr>
        <w:t xml:space="preserve">Les avis circonstanciés doivent être rédigés </w:t>
      </w:r>
      <w:r w:rsidRPr="00CE73AA">
        <w:rPr>
          <w:sz w:val="28"/>
          <w:szCs w:val="28"/>
          <w:u w:val="single"/>
          <w:lang w:val="fr-FR"/>
        </w:rPr>
        <w:t>en toute neutralité</w:t>
      </w:r>
      <w:r w:rsidRPr="00CE73AA">
        <w:rPr>
          <w:sz w:val="28"/>
          <w:szCs w:val="28"/>
          <w:lang w:val="fr-FR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1C14CE" w:rsidRPr="00AB7F40" w14:paraId="071C543B" w14:textId="77777777" w:rsidTr="001C14CE">
        <w:tc>
          <w:tcPr>
            <w:tcW w:w="10598" w:type="dxa"/>
            <w:shd w:val="clear" w:color="auto" w:fill="D9EAF7"/>
            <w:vAlign w:val="center"/>
          </w:tcPr>
          <w:p w14:paraId="12055A71" w14:textId="77777777" w:rsidR="001C14CE" w:rsidRPr="00AB7F40" w:rsidRDefault="001C14CE" w:rsidP="00F126C9">
            <w:pPr>
              <w:rPr>
                <w:lang w:val="fr-FR"/>
              </w:rPr>
            </w:pPr>
          </w:p>
          <w:p w14:paraId="18F003BA" w14:textId="77777777" w:rsidR="001C14CE" w:rsidRPr="00AB7F40" w:rsidRDefault="001C14CE" w:rsidP="00F126C9">
            <w:pPr>
              <w:rPr>
                <w:lang w:val="fr-FR"/>
              </w:rPr>
            </w:pPr>
          </w:p>
          <w:p w14:paraId="06C52C4E" w14:textId="77777777" w:rsidR="001C14CE" w:rsidRPr="00AB7F40" w:rsidRDefault="001C14CE" w:rsidP="00F126C9">
            <w:pPr>
              <w:rPr>
                <w:lang w:val="fr-FR"/>
              </w:rPr>
            </w:pPr>
          </w:p>
          <w:p w14:paraId="48223EF1" w14:textId="77777777" w:rsidR="001C14CE" w:rsidRPr="00AB7F40" w:rsidRDefault="001C14CE" w:rsidP="00F126C9">
            <w:pPr>
              <w:rPr>
                <w:lang w:val="fr-FR"/>
              </w:rPr>
            </w:pPr>
          </w:p>
          <w:p w14:paraId="6CB9BCB0" w14:textId="600D0014" w:rsidR="001C14CE" w:rsidRPr="00AB7F40" w:rsidRDefault="001C14CE" w:rsidP="00F126C9">
            <w:pPr>
              <w:rPr>
                <w:lang w:val="fr-FR"/>
              </w:rPr>
            </w:pPr>
          </w:p>
          <w:p w14:paraId="6DC8E6D0" w14:textId="4F4BBAD0" w:rsidR="004F44E9" w:rsidRPr="00AB7F40" w:rsidRDefault="004F44E9" w:rsidP="00F126C9">
            <w:pPr>
              <w:rPr>
                <w:lang w:val="fr-FR"/>
              </w:rPr>
            </w:pPr>
          </w:p>
          <w:p w14:paraId="274AA424" w14:textId="7587C61A" w:rsidR="004F44E9" w:rsidRPr="00AB7F40" w:rsidRDefault="004F44E9" w:rsidP="00F126C9">
            <w:pPr>
              <w:rPr>
                <w:lang w:val="fr-FR"/>
              </w:rPr>
            </w:pPr>
          </w:p>
          <w:p w14:paraId="74C7C928" w14:textId="2F7CEB29" w:rsidR="004F44E9" w:rsidRPr="00AB7F40" w:rsidRDefault="004F44E9" w:rsidP="00F126C9">
            <w:pPr>
              <w:rPr>
                <w:lang w:val="fr-FR"/>
              </w:rPr>
            </w:pPr>
          </w:p>
          <w:p w14:paraId="66563F76" w14:textId="15CD7B38" w:rsidR="004F44E9" w:rsidRPr="00AB7F40" w:rsidRDefault="004F44E9" w:rsidP="00F126C9">
            <w:pPr>
              <w:rPr>
                <w:lang w:val="fr-FR"/>
              </w:rPr>
            </w:pPr>
          </w:p>
          <w:p w14:paraId="06FCD5A9" w14:textId="77777777" w:rsidR="004F44E9" w:rsidRPr="00AB7F40" w:rsidRDefault="004F44E9" w:rsidP="00F126C9">
            <w:pPr>
              <w:rPr>
                <w:lang w:val="fr-FR"/>
              </w:rPr>
            </w:pPr>
          </w:p>
          <w:p w14:paraId="109D05B6" w14:textId="77777777" w:rsidR="001C14CE" w:rsidRPr="00AB7F40" w:rsidRDefault="001C14CE" w:rsidP="00F126C9">
            <w:pPr>
              <w:rPr>
                <w:lang w:val="fr-FR"/>
              </w:rPr>
            </w:pPr>
          </w:p>
          <w:p w14:paraId="19C16498" w14:textId="77777777" w:rsidR="001C14CE" w:rsidRPr="00AB7F40" w:rsidRDefault="001C14CE" w:rsidP="00F126C9">
            <w:pPr>
              <w:rPr>
                <w:lang w:val="fr-FR"/>
              </w:rPr>
            </w:pPr>
          </w:p>
          <w:p w14:paraId="5717513B" w14:textId="78580DAE" w:rsidR="001C14CE" w:rsidRPr="00AB7F40" w:rsidRDefault="001C14CE" w:rsidP="00F126C9">
            <w:pPr>
              <w:rPr>
                <w:lang w:val="fr-FR"/>
              </w:rPr>
            </w:pPr>
          </w:p>
          <w:p w14:paraId="6511B33C" w14:textId="7315FBB5" w:rsidR="00CE73AA" w:rsidRPr="00AB7F40" w:rsidRDefault="00CE73AA" w:rsidP="00F126C9">
            <w:pPr>
              <w:rPr>
                <w:lang w:val="fr-FR"/>
              </w:rPr>
            </w:pPr>
          </w:p>
          <w:p w14:paraId="2D6632B6" w14:textId="44B42F95" w:rsidR="00CE73AA" w:rsidRPr="00AB7F40" w:rsidRDefault="00CE73AA" w:rsidP="00F126C9">
            <w:pPr>
              <w:rPr>
                <w:lang w:val="fr-FR"/>
              </w:rPr>
            </w:pPr>
          </w:p>
          <w:p w14:paraId="4F923B33" w14:textId="37F5E5B9" w:rsidR="00CE73AA" w:rsidRPr="00AB7F40" w:rsidRDefault="00CE73AA" w:rsidP="00F126C9">
            <w:pPr>
              <w:rPr>
                <w:lang w:val="fr-FR"/>
              </w:rPr>
            </w:pPr>
          </w:p>
          <w:p w14:paraId="6F7ACE02" w14:textId="77777777" w:rsidR="00CE73AA" w:rsidRPr="00AB7F40" w:rsidRDefault="00CE73AA" w:rsidP="00F126C9">
            <w:pPr>
              <w:rPr>
                <w:lang w:val="fr-FR"/>
              </w:rPr>
            </w:pPr>
          </w:p>
          <w:p w14:paraId="350FE983" w14:textId="2B3CD07F" w:rsidR="001C14CE" w:rsidRPr="00AB7F40" w:rsidRDefault="001C14CE" w:rsidP="00F126C9">
            <w:pPr>
              <w:rPr>
                <w:lang w:val="fr-FR"/>
              </w:rPr>
            </w:pPr>
          </w:p>
        </w:tc>
      </w:tr>
    </w:tbl>
    <w:p w14:paraId="75BC36B1" w14:textId="77777777" w:rsidR="001C14CE" w:rsidRDefault="001C14CE">
      <w:pPr>
        <w:rPr>
          <w:lang w:val="fr-FR"/>
        </w:rPr>
      </w:pPr>
    </w:p>
    <w:p w14:paraId="5C4019A6" w14:textId="7C19681E" w:rsidR="0029337D" w:rsidRPr="00E021EF" w:rsidRDefault="004F44E9">
      <w:pPr>
        <w:rPr>
          <w:lang w:val="fr-FR"/>
        </w:rPr>
      </w:pPr>
      <w:r w:rsidRPr="00E021EF">
        <w:rPr>
          <w:lang w:val="fr-FR"/>
        </w:rPr>
        <w:t>Fait à : ______________________________    Le : ____ / ____ / ______</w:t>
      </w:r>
    </w:p>
    <w:p w14:paraId="011ACC39" w14:textId="1B0D1012" w:rsidR="001C14CE" w:rsidRDefault="001C14CE">
      <w:pPr>
        <w:rPr>
          <w:b/>
          <w:sz w:val="24"/>
          <w:szCs w:val="24"/>
          <w:lang w:val="fr-FR"/>
        </w:rPr>
      </w:pPr>
    </w:p>
    <w:p w14:paraId="5F2E533C" w14:textId="0F3C16B1" w:rsidR="00CE73AA" w:rsidRDefault="00CE73AA">
      <w:pPr>
        <w:rPr>
          <w:b/>
          <w:sz w:val="24"/>
          <w:szCs w:val="24"/>
          <w:lang w:val="fr-FR"/>
        </w:rPr>
      </w:pPr>
    </w:p>
    <w:p w14:paraId="0F3F3B60" w14:textId="77777777" w:rsidR="00CE73AA" w:rsidRPr="00CE73AA" w:rsidRDefault="00CE73AA">
      <w:pPr>
        <w:rPr>
          <w:b/>
          <w:sz w:val="24"/>
          <w:szCs w:val="24"/>
          <w:lang w:val="fr-FR"/>
        </w:rPr>
      </w:pPr>
    </w:p>
    <w:p w14:paraId="2224D4C4" w14:textId="352C5738" w:rsidR="0029337D" w:rsidRPr="00CE73AA" w:rsidRDefault="004F44E9">
      <w:pPr>
        <w:rPr>
          <w:sz w:val="24"/>
          <w:szCs w:val="24"/>
          <w:u w:val="single"/>
          <w:lang w:val="fr-FR"/>
        </w:rPr>
      </w:pPr>
      <w:r w:rsidRPr="00CE73AA">
        <w:rPr>
          <w:b/>
          <w:sz w:val="24"/>
          <w:szCs w:val="24"/>
          <w:u w:val="single"/>
          <w:lang w:val="fr-FR"/>
        </w:rPr>
        <w:t>PIÈCES À FOURNIR ET MODALITÉS DE TRANSMISSION</w:t>
      </w:r>
    </w:p>
    <w:p w14:paraId="7A032669" w14:textId="77777777" w:rsidR="0029337D" w:rsidRPr="00CE73AA" w:rsidRDefault="004F44E9" w:rsidP="001C14CE">
      <w:pPr>
        <w:spacing w:line="240" w:lineRule="auto"/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☐ Dossier renseigné de manière précise et détaillée, sans modifier sa structure, en format Word modifiable.</w:t>
      </w:r>
    </w:p>
    <w:p w14:paraId="65E587B9" w14:textId="77777777" w:rsidR="0029337D" w:rsidRPr="00CE73AA" w:rsidRDefault="004F44E9" w:rsidP="001C14CE">
      <w:pPr>
        <w:spacing w:line="240" w:lineRule="auto"/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☐ Copie lisible de la pièce d’identité de la personne proposée : CNI recto-verso, passeport ou carte de séjour, sous format JPEG ou PNG.</w:t>
      </w:r>
    </w:p>
    <w:p w14:paraId="3194AE88" w14:textId="77777777" w:rsidR="0029337D" w:rsidRPr="00CE73AA" w:rsidRDefault="004F44E9" w:rsidP="001C14CE">
      <w:pPr>
        <w:spacing w:line="240" w:lineRule="auto"/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☐ Pour une candidature en Argent ou Or : copie du dernier diplôme concerné ou justificatif prévu.</w:t>
      </w:r>
    </w:p>
    <w:p w14:paraId="2FF86795" w14:textId="4774D965" w:rsidR="0029337D" w:rsidRPr="00CE73AA" w:rsidRDefault="004F44E9" w:rsidP="001C14CE">
      <w:pPr>
        <w:spacing w:line="240" w:lineRule="auto"/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 xml:space="preserve">☐ Transmettre le dossier </w:t>
      </w:r>
      <w:r w:rsidR="001C14CE" w:rsidRPr="00CE73AA">
        <w:rPr>
          <w:sz w:val="24"/>
          <w:szCs w:val="24"/>
          <w:lang w:val="fr-FR"/>
        </w:rPr>
        <w:t xml:space="preserve">aux </w:t>
      </w:r>
      <w:r w:rsidRPr="00CE73AA">
        <w:rPr>
          <w:sz w:val="24"/>
          <w:szCs w:val="24"/>
          <w:lang w:val="fr-FR"/>
        </w:rPr>
        <w:t xml:space="preserve">adresses électroniques des correspondants </w:t>
      </w:r>
      <w:r w:rsidR="001C14CE" w:rsidRPr="00CE73AA">
        <w:rPr>
          <w:sz w:val="24"/>
          <w:szCs w:val="24"/>
          <w:lang w:val="fr-FR"/>
        </w:rPr>
        <w:t>des Comités des Médailles.</w:t>
      </w:r>
    </w:p>
    <w:p w14:paraId="56532C6B" w14:textId="77777777" w:rsidR="001C14CE" w:rsidRPr="00CE73AA" w:rsidRDefault="001C14CE">
      <w:pPr>
        <w:rPr>
          <w:b/>
          <w:sz w:val="24"/>
          <w:szCs w:val="24"/>
          <w:lang w:val="fr-FR"/>
        </w:rPr>
      </w:pPr>
    </w:p>
    <w:p w14:paraId="13069E72" w14:textId="4FDBDEA2" w:rsidR="0029337D" w:rsidRPr="00CE73AA" w:rsidRDefault="004F44E9">
      <w:pPr>
        <w:rPr>
          <w:sz w:val="24"/>
          <w:szCs w:val="24"/>
          <w:u w:val="single"/>
          <w:lang w:val="fr-FR"/>
        </w:rPr>
      </w:pPr>
      <w:r w:rsidRPr="00CE73AA">
        <w:rPr>
          <w:b/>
          <w:sz w:val="24"/>
          <w:szCs w:val="24"/>
          <w:u w:val="single"/>
          <w:lang w:val="fr-FR"/>
        </w:rPr>
        <w:t xml:space="preserve">CONDITIONS D’ÉLIGIBILITÉ – rappel </w:t>
      </w:r>
    </w:p>
    <w:p w14:paraId="7FF93FAC" w14:textId="77777777" w:rsidR="0029337D" w:rsidRPr="00CE73AA" w:rsidRDefault="004F44E9">
      <w:pPr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• Bronze : 6 ans de services rendus.</w:t>
      </w:r>
    </w:p>
    <w:p w14:paraId="180C9589" w14:textId="77777777" w:rsidR="0029337D" w:rsidRPr="00CE73AA" w:rsidRDefault="004F44E9">
      <w:pPr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• Argent : 10 ans de services rendus, dont 4 ans dans l’échelon bronze.</w:t>
      </w:r>
    </w:p>
    <w:p w14:paraId="35D1598C" w14:textId="77777777" w:rsidR="0029337D" w:rsidRPr="00CE73AA" w:rsidRDefault="004F44E9">
      <w:pPr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• Or : 15 ans de services rendus, dont 5 ans dans l’échelon argent.</w:t>
      </w:r>
    </w:p>
    <w:p w14:paraId="3B653337" w14:textId="77777777" w:rsidR="0029337D" w:rsidRPr="00CE73AA" w:rsidRDefault="004F44E9">
      <w:pPr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• Toute promotion au grade supérieur suppose des mérites nouveaux non encore récompensés et une régularité dans l’investissement.</w:t>
      </w:r>
    </w:p>
    <w:p w14:paraId="346A9947" w14:textId="77777777" w:rsidR="0029337D" w:rsidRPr="00CE73AA" w:rsidRDefault="004F44E9">
      <w:pPr>
        <w:rPr>
          <w:sz w:val="24"/>
          <w:szCs w:val="24"/>
          <w:lang w:val="fr-FR"/>
        </w:rPr>
      </w:pPr>
      <w:r w:rsidRPr="00CE73AA">
        <w:rPr>
          <w:sz w:val="24"/>
          <w:szCs w:val="24"/>
          <w:lang w:val="fr-FR"/>
        </w:rPr>
        <w:t>Données structurées : les rubriques ci-dessus sont volontairement séparées afin de faciliter la reprise ultérieure des informations dans un tableau de suivi.</w:t>
      </w:r>
    </w:p>
    <w:sectPr w:rsidR="0029337D" w:rsidRPr="00CE73AA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lgerian">
    <w:altName w:val="comic"/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14CE"/>
    <w:rsid w:val="0029337D"/>
    <w:rsid w:val="0029639D"/>
    <w:rsid w:val="00326F90"/>
    <w:rsid w:val="004F44E9"/>
    <w:rsid w:val="00AA1D8D"/>
    <w:rsid w:val="00AA785B"/>
    <w:rsid w:val="00AB7F40"/>
    <w:rsid w:val="00B47730"/>
    <w:rsid w:val="00CB0664"/>
    <w:rsid w:val="00CE73AA"/>
    <w:rsid w:val="00E021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FADD8"/>
  <w14:defaultImageDpi w14:val="300"/>
  <w15:docId w15:val="{FC10B180-C3E6-48A4-B330-A5BF33B8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1EF"/>
    <w:rPr>
      <w:rFonts w:ascii="Arial" w:eastAsia="Arial" w:hAnsi="Arial"/>
      <w:sz w:val="32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478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Christelle BEGAY</cp:lastModifiedBy>
  <cp:revision>7</cp:revision>
  <dcterms:created xsi:type="dcterms:W3CDTF">2013-12-23T23:15:00Z</dcterms:created>
  <dcterms:modified xsi:type="dcterms:W3CDTF">2026-09-03T07:06:00Z</dcterms:modified>
  <cp:category/>
</cp:coreProperties>
</file>